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CFA911" w14:textId="77777777" w:rsidR="00D94CA7" w:rsidRPr="00D94CA7" w:rsidRDefault="00D94CA7" w:rsidP="00D94CA7">
      <w:pPr>
        <w:tabs>
          <w:tab w:val="left" w:pos="4050"/>
        </w:tabs>
        <w:rPr>
          <w:rFonts w:ascii="Times New Roman" w:eastAsia="Times New Roman" w:hAnsi="Times New Roman" w:cs="Times New Roman"/>
          <w:b/>
          <w:bCs/>
          <w:sz w:val="24"/>
          <w:szCs w:val="24"/>
          <w:lang w:val="ro-RO"/>
        </w:rPr>
      </w:pPr>
      <w:r w:rsidRPr="00D94CA7">
        <w:rPr>
          <w:rFonts w:ascii="Times New Roman" w:hAnsi="Times New Roman" w:cs="Times New Roman"/>
          <w:sz w:val="24"/>
          <w:szCs w:val="24"/>
          <w:lang w:val="ro-RO"/>
        </w:rPr>
        <w:tab/>
      </w:r>
    </w:p>
    <w:p w14:paraId="0E95D68F" w14:textId="77777777" w:rsidR="00D94CA7" w:rsidRPr="00D94CA7" w:rsidRDefault="00D94CA7" w:rsidP="00D94CA7">
      <w:pPr>
        <w:tabs>
          <w:tab w:val="left" w:pos="4050"/>
        </w:tabs>
        <w:spacing w:after="0" w:line="240" w:lineRule="auto"/>
        <w:jc w:val="right"/>
        <w:rPr>
          <w:rFonts w:ascii="Times New Roman" w:eastAsia="Times New Roman" w:hAnsi="Times New Roman" w:cs="Times New Roman"/>
          <w:b/>
          <w:bCs/>
          <w:sz w:val="24"/>
          <w:szCs w:val="24"/>
          <w:lang w:val="ro-RO"/>
        </w:rPr>
      </w:pPr>
      <w:r w:rsidRPr="00D94CA7">
        <w:rPr>
          <w:rFonts w:ascii="Times New Roman" w:eastAsia="Times New Roman" w:hAnsi="Times New Roman" w:cs="Times New Roman"/>
          <w:b/>
          <w:bCs/>
          <w:sz w:val="24"/>
          <w:szCs w:val="24"/>
          <w:lang w:val="ro-RO"/>
        </w:rPr>
        <w:tab/>
      </w:r>
      <w:r w:rsidRPr="00D94CA7">
        <w:rPr>
          <w:rFonts w:ascii="Times New Roman" w:eastAsia="Times New Roman" w:hAnsi="Times New Roman" w:cs="Times New Roman"/>
          <w:b/>
          <w:bCs/>
          <w:sz w:val="24"/>
          <w:szCs w:val="24"/>
          <w:lang w:val="ro-RO"/>
        </w:rPr>
        <w:tab/>
        <w:t xml:space="preserve">   </w:t>
      </w:r>
      <w:r w:rsidRPr="00D94CA7">
        <w:rPr>
          <w:rFonts w:ascii="Times New Roman" w:eastAsia="Times New Roman" w:hAnsi="Times New Roman" w:cs="Times New Roman"/>
          <w:b/>
          <w:bCs/>
          <w:sz w:val="24"/>
          <w:szCs w:val="24"/>
          <w:lang w:val="ro-RO"/>
        </w:rPr>
        <w:tab/>
        <w:t xml:space="preserve">                            Republica Moldova</w:t>
      </w:r>
    </w:p>
    <w:p w14:paraId="2554D636" w14:textId="77777777" w:rsidR="00D94CA7" w:rsidRPr="00D94CA7" w:rsidRDefault="00D94CA7" w:rsidP="00D94CA7">
      <w:pPr>
        <w:tabs>
          <w:tab w:val="left" w:pos="4050"/>
        </w:tabs>
        <w:spacing w:after="0" w:line="240" w:lineRule="auto"/>
        <w:jc w:val="right"/>
        <w:rPr>
          <w:rFonts w:ascii="Times New Roman" w:eastAsia="Times New Roman" w:hAnsi="Times New Roman" w:cs="Times New Roman"/>
          <w:b/>
          <w:bCs/>
          <w:sz w:val="24"/>
          <w:szCs w:val="24"/>
          <w:lang w:val="ro-RO"/>
        </w:rPr>
      </w:pPr>
      <w:r w:rsidRPr="00D94CA7">
        <w:rPr>
          <w:rFonts w:ascii="Times New Roman" w:eastAsia="Times New Roman" w:hAnsi="Times New Roman" w:cs="Times New Roman"/>
          <w:b/>
          <w:bCs/>
          <w:sz w:val="24"/>
          <w:szCs w:val="24"/>
          <w:lang w:val="ro-RO"/>
        </w:rPr>
        <w:t xml:space="preserve">                                 Primaria mun. Soroca</w:t>
      </w:r>
      <w:r w:rsidRPr="00D94CA7">
        <w:rPr>
          <w:rFonts w:ascii="Times New Roman" w:eastAsia="Times New Roman" w:hAnsi="Times New Roman" w:cs="Times New Roman"/>
          <w:b/>
          <w:bCs/>
          <w:sz w:val="24"/>
          <w:szCs w:val="24"/>
          <w:lang w:val="ro-RO"/>
        </w:rPr>
        <w:tab/>
      </w:r>
    </w:p>
    <w:p w14:paraId="42AA9A2D" w14:textId="56B1224A" w:rsidR="00D94CA7" w:rsidRPr="00D94CA7" w:rsidRDefault="00D94CA7" w:rsidP="00D94CA7">
      <w:pPr>
        <w:tabs>
          <w:tab w:val="left" w:pos="4050"/>
        </w:tabs>
        <w:spacing w:after="0" w:line="240" w:lineRule="auto"/>
        <w:jc w:val="right"/>
        <w:rPr>
          <w:rFonts w:ascii="Times New Roman" w:eastAsia="Times New Roman" w:hAnsi="Times New Roman" w:cs="Times New Roman"/>
          <w:b/>
          <w:bCs/>
          <w:sz w:val="24"/>
          <w:szCs w:val="24"/>
          <w:lang w:val="ro-RO"/>
        </w:rPr>
      </w:pPr>
      <w:r w:rsidRPr="00D94CA7">
        <w:rPr>
          <w:rFonts w:ascii="Times New Roman" w:eastAsia="Times New Roman" w:hAnsi="Times New Roman" w:cs="Times New Roman"/>
          <w:b/>
          <w:bCs/>
          <w:sz w:val="24"/>
          <w:szCs w:val="24"/>
          <w:lang w:val="ro-RO"/>
        </w:rPr>
        <w:tab/>
      </w:r>
      <w:r w:rsidRPr="00D94CA7">
        <w:rPr>
          <w:rFonts w:ascii="Times New Roman" w:eastAsia="Times New Roman" w:hAnsi="Times New Roman" w:cs="Times New Roman"/>
          <w:b/>
          <w:bCs/>
          <w:sz w:val="24"/>
          <w:szCs w:val="24"/>
          <w:lang w:val="ro-RO"/>
        </w:rPr>
        <w:tab/>
      </w:r>
      <w:r w:rsidRPr="00D94CA7">
        <w:rPr>
          <w:rFonts w:ascii="Times New Roman" w:eastAsia="Times New Roman" w:hAnsi="Times New Roman" w:cs="Times New Roman"/>
          <w:b/>
          <w:bCs/>
          <w:sz w:val="24"/>
          <w:szCs w:val="24"/>
          <w:lang w:val="ro-RO"/>
        </w:rPr>
        <w:tab/>
      </w:r>
      <w:r w:rsidRPr="00D94CA7">
        <w:rPr>
          <w:rFonts w:ascii="Times New Roman" w:eastAsia="Times New Roman" w:hAnsi="Times New Roman" w:cs="Times New Roman"/>
          <w:b/>
          <w:bCs/>
          <w:sz w:val="24"/>
          <w:szCs w:val="24"/>
          <w:lang w:val="ro-RO"/>
        </w:rPr>
        <w:tab/>
      </w:r>
    </w:p>
    <w:p w14:paraId="25E991E8" w14:textId="5BA491B0" w:rsidR="00D94CA7" w:rsidRPr="00D94CA7" w:rsidRDefault="00D94CA7" w:rsidP="00D94CA7">
      <w:pPr>
        <w:tabs>
          <w:tab w:val="left" w:pos="4050"/>
        </w:tabs>
        <w:spacing w:after="0" w:line="240" w:lineRule="auto"/>
        <w:jc w:val="right"/>
        <w:rPr>
          <w:rFonts w:ascii="Times New Roman" w:eastAsia="Times New Roman" w:hAnsi="Times New Roman" w:cs="Times New Roman"/>
          <w:b/>
          <w:bCs/>
          <w:sz w:val="24"/>
          <w:szCs w:val="24"/>
          <w:lang w:val="ro-RO"/>
        </w:rPr>
      </w:pPr>
      <w:r w:rsidRPr="00D94CA7">
        <w:rPr>
          <w:rFonts w:ascii="Times New Roman" w:eastAsia="Times New Roman" w:hAnsi="Times New Roman" w:cs="Times New Roman"/>
          <w:b/>
          <w:bCs/>
          <w:sz w:val="24"/>
          <w:szCs w:val="24"/>
          <w:lang w:val="ro-RO"/>
        </w:rPr>
        <w:tab/>
      </w:r>
      <w:r w:rsidRPr="00D94CA7">
        <w:rPr>
          <w:rFonts w:ascii="Times New Roman" w:eastAsia="Times New Roman" w:hAnsi="Times New Roman" w:cs="Times New Roman"/>
          <w:b/>
          <w:bCs/>
          <w:sz w:val="24"/>
          <w:szCs w:val="24"/>
          <w:lang w:val="ro-RO"/>
        </w:rPr>
        <w:tab/>
      </w:r>
      <w:r w:rsidRPr="00D94CA7">
        <w:rPr>
          <w:rFonts w:ascii="Times New Roman" w:eastAsia="Times New Roman" w:hAnsi="Times New Roman" w:cs="Times New Roman"/>
          <w:b/>
          <w:bCs/>
          <w:sz w:val="24"/>
          <w:szCs w:val="24"/>
          <w:lang w:val="ro-RO"/>
        </w:rPr>
        <w:tab/>
      </w:r>
      <w:r w:rsidRPr="00D94CA7">
        <w:rPr>
          <w:rFonts w:ascii="Times New Roman" w:eastAsia="Times New Roman" w:hAnsi="Times New Roman" w:cs="Times New Roman"/>
          <w:b/>
          <w:bCs/>
          <w:sz w:val="24"/>
          <w:szCs w:val="24"/>
          <w:lang w:val="ro-RO"/>
        </w:rPr>
        <w:tab/>
      </w:r>
      <w:r w:rsidRPr="00D94CA7">
        <w:rPr>
          <w:rFonts w:ascii="Times New Roman" w:eastAsia="Times New Roman" w:hAnsi="Times New Roman" w:cs="Times New Roman"/>
          <w:b/>
          <w:bCs/>
          <w:sz w:val="24"/>
          <w:szCs w:val="24"/>
          <w:lang w:val="ro-RO"/>
        </w:rPr>
        <w:tab/>
      </w:r>
      <w:r w:rsidRPr="00D94CA7">
        <w:rPr>
          <w:rFonts w:ascii="Times New Roman" w:eastAsia="Times New Roman" w:hAnsi="Times New Roman" w:cs="Times New Roman"/>
          <w:b/>
          <w:bCs/>
          <w:sz w:val="24"/>
          <w:szCs w:val="24"/>
          <w:lang w:val="ro-RO"/>
        </w:rPr>
        <w:tab/>
        <w:t xml:space="preserve">  C/F 1007601001514</w:t>
      </w:r>
    </w:p>
    <w:p w14:paraId="0C8F37CB" w14:textId="77777777" w:rsidR="00D94CA7" w:rsidRPr="00D94CA7" w:rsidRDefault="00D94CA7" w:rsidP="00D94CA7">
      <w:pPr>
        <w:tabs>
          <w:tab w:val="left" w:pos="4050"/>
        </w:tabs>
        <w:spacing w:after="0" w:line="240" w:lineRule="auto"/>
        <w:jc w:val="right"/>
        <w:rPr>
          <w:rFonts w:ascii="Times New Roman" w:eastAsia="Times New Roman" w:hAnsi="Times New Roman" w:cs="Times New Roman"/>
          <w:b/>
          <w:bCs/>
          <w:sz w:val="24"/>
          <w:szCs w:val="24"/>
          <w:lang w:val="ro-RO"/>
        </w:rPr>
      </w:pPr>
    </w:p>
    <w:p w14:paraId="6D5C174C" w14:textId="77777777" w:rsidR="00D94CA7" w:rsidRPr="00D94CA7" w:rsidRDefault="00D94CA7" w:rsidP="00D94CA7">
      <w:pPr>
        <w:tabs>
          <w:tab w:val="left" w:pos="4050"/>
        </w:tabs>
        <w:spacing w:after="0" w:line="240" w:lineRule="auto"/>
        <w:jc w:val="center"/>
        <w:rPr>
          <w:rFonts w:ascii="Times New Roman" w:eastAsia="Times New Roman" w:hAnsi="Times New Roman" w:cs="Times New Roman"/>
          <w:b/>
          <w:bCs/>
          <w:sz w:val="24"/>
          <w:szCs w:val="24"/>
          <w:lang w:val="ro-RO"/>
        </w:rPr>
      </w:pPr>
    </w:p>
    <w:p w14:paraId="00F6B36D" w14:textId="77777777" w:rsidR="00D94CA7" w:rsidRPr="00D94CA7" w:rsidRDefault="00D94CA7" w:rsidP="00D94CA7">
      <w:pPr>
        <w:tabs>
          <w:tab w:val="left" w:pos="4050"/>
        </w:tabs>
        <w:spacing w:after="0" w:line="240" w:lineRule="auto"/>
        <w:jc w:val="right"/>
        <w:rPr>
          <w:rFonts w:ascii="Times New Roman" w:eastAsia="Times New Roman" w:hAnsi="Times New Roman" w:cs="Times New Roman"/>
          <w:b/>
          <w:bCs/>
          <w:sz w:val="24"/>
          <w:szCs w:val="24"/>
          <w:lang w:val="ro-RO"/>
        </w:rPr>
      </w:pPr>
      <w:r w:rsidRPr="00D94CA7">
        <w:rPr>
          <w:rFonts w:ascii="Times New Roman" w:eastAsia="Times New Roman" w:hAnsi="Times New Roman" w:cs="Times New Roman"/>
          <w:b/>
          <w:bCs/>
          <w:sz w:val="24"/>
          <w:szCs w:val="24"/>
          <w:lang w:val="ro-RO"/>
        </w:rPr>
        <w:t>Aprobat</w:t>
      </w:r>
    </w:p>
    <w:p w14:paraId="134E16F8" w14:textId="77777777" w:rsidR="00D94CA7" w:rsidRPr="00D94CA7" w:rsidRDefault="00D94CA7" w:rsidP="00D94CA7">
      <w:pPr>
        <w:tabs>
          <w:tab w:val="left" w:pos="4050"/>
        </w:tabs>
        <w:spacing w:after="0" w:line="240" w:lineRule="auto"/>
        <w:jc w:val="right"/>
        <w:rPr>
          <w:rFonts w:ascii="Times New Roman" w:eastAsia="Times New Roman" w:hAnsi="Times New Roman" w:cs="Times New Roman"/>
          <w:b/>
          <w:bCs/>
          <w:sz w:val="24"/>
          <w:szCs w:val="24"/>
          <w:lang w:val="ro-RO"/>
        </w:rPr>
      </w:pPr>
      <w:r w:rsidRPr="00D94CA7">
        <w:rPr>
          <w:rFonts w:ascii="Times New Roman" w:eastAsia="Times New Roman" w:hAnsi="Times New Roman" w:cs="Times New Roman"/>
          <w:b/>
          <w:bCs/>
          <w:sz w:val="24"/>
          <w:szCs w:val="24"/>
          <w:lang w:val="ro-RO"/>
        </w:rPr>
        <w:t>Primar mun. Soroca</w:t>
      </w:r>
    </w:p>
    <w:p w14:paraId="35D3EEAE" w14:textId="77777777" w:rsidR="00D94CA7" w:rsidRPr="00D94CA7" w:rsidRDefault="00D94CA7" w:rsidP="00D94CA7">
      <w:pPr>
        <w:tabs>
          <w:tab w:val="left" w:pos="4050"/>
        </w:tabs>
        <w:spacing w:after="0" w:line="240" w:lineRule="auto"/>
        <w:jc w:val="right"/>
        <w:rPr>
          <w:rFonts w:ascii="Times New Roman" w:eastAsia="Times New Roman" w:hAnsi="Times New Roman" w:cs="Times New Roman"/>
          <w:b/>
          <w:bCs/>
          <w:sz w:val="24"/>
          <w:szCs w:val="24"/>
          <w:lang w:val="ro-RO"/>
        </w:rPr>
      </w:pPr>
      <w:r w:rsidRPr="00D94CA7">
        <w:rPr>
          <w:rFonts w:ascii="Times New Roman" w:eastAsia="Times New Roman" w:hAnsi="Times New Roman" w:cs="Times New Roman"/>
          <w:b/>
          <w:bCs/>
          <w:sz w:val="24"/>
          <w:szCs w:val="24"/>
          <w:lang w:val="ro-RO"/>
        </w:rPr>
        <w:t>Lilia Pilipețchii</w:t>
      </w:r>
    </w:p>
    <w:p w14:paraId="1E784C3D" w14:textId="77777777" w:rsidR="00D94CA7" w:rsidRPr="00D94CA7" w:rsidRDefault="00D94CA7" w:rsidP="00D94CA7">
      <w:pPr>
        <w:tabs>
          <w:tab w:val="left" w:pos="4050"/>
        </w:tabs>
        <w:spacing w:after="0" w:line="240" w:lineRule="auto"/>
        <w:jc w:val="right"/>
        <w:rPr>
          <w:rFonts w:ascii="Times New Roman" w:eastAsia="Times New Roman" w:hAnsi="Times New Roman" w:cs="Times New Roman"/>
          <w:b/>
          <w:bCs/>
          <w:sz w:val="24"/>
          <w:szCs w:val="24"/>
          <w:lang w:val="ro-RO"/>
        </w:rPr>
      </w:pPr>
      <w:r w:rsidRPr="00D94CA7">
        <w:rPr>
          <w:rFonts w:ascii="Times New Roman" w:eastAsia="Times New Roman" w:hAnsi="Times New Roman" w:cs="Times New Roman"/>
          <w:b/>
          <w:bCs/>
          <w:sz w:val="24"/>
          <w:szCs w:val="24"/>
          <w:lang w:val="ro-RO"/>
        </w:rPr>
        <w:tab/>
      </w:r>
    </w:p>
    <w:p w14:paraId="206E6750" w14:textId="64B4FDA7" w:rsidR="00D94CA7" w:rsidRPr="00D94CA7" w:rsidRDefault="00D94CA7" w:rsidP="00D94CA7">
      <w:pPr>
        <w:tabs>
          <w:tab w:val="left" w:pos="8250"/>
        </w:tabs>
        <w:spacing w:after="0" w:line="240" w:lineRule="auto"/>
        <w:rPr>
          <w:rFonts w:ascii="Times New Roman" w:eastAsia="Times New Roman" w:hAnsi="Times New Roman" w:cs="Times New Roman"/>
          <w:b/>
          <w:bCs/>
          <w:sz w:val="24"/>
          <w:szCs w:val="24"/>
          <w:lang w:val="ro-RO"/>
        </w:rPr>
      </w:pPr>
      <w:r w:rsidRPr="00D94CA7">
        <w:rPr>
          <w:rFonts w:ascii="Times New Roman" w:eastAsia="Times New Roman" w:hAnsi="Times New Roman" w:cs="Times New Roman"/>
          <w:b/>
          <w:bCs/>
          <w:sz w:val="24"/>
          <w:szCs w:val="24"/>
          <w:lang w:val="ro-RO"/>
        </w:rPr>
        <w:t xml:space="preserve">                                                                                                                                          __________</w:t>
      </w:r>
    </w:p>
    <w:p w14:paraId="512C1C40" w14:textId="467E220F" w:rsidR="00E52527" w:rsidRPr="00D94CA7" w:rsidRDefault="00E52527" w:rsidP="00D94CA7">
      <w:pPr>
        <w:tabs>
          <w:tab w:val="left" w:pos="7980"/>
        </w:tabs>
        <w:rPr>
          <w:rFonts w:ascii="Times New Roman" w:hAnsi="Times New Roman" w:cs="Times New Roman"/>
          <w:sz w:val="24"/>
          <w:szCs w:val="24"/>
          <w:lang w:val="ro-RO"/>
        </w:rPr>
      </w:pPr>
    </w:p>
    <w:p w14:paraId="2444A69B" w14:textId="77777777" w:rsidR="00E52527" w:rsidRPr="00D94CA7" w:rsidRDefault="007A2395">
      <w:pPr>
        <w:shd w:val="clear" w:color="auto" w:fill="1F4E79"/>
        <w:jc w:val="center"/>
        <w:rPr>
          <w:rFonts w:ascii="Times New Roman" w:hAnsi="Times New Roman" w:cs="Times New Roman"/>
          <w:sz w:val="24"/>
          <w:szCs w:val="24"/>
          <w:lang w:val="ro-RO"/>
        </w:rPr>
      </w:pPr>
      <w:r w:rsidRPr="00D94CA7">
        <w:rPr>
          <w:rFonts w:ascii="Times New Roman" w:hAnsi="Times New Roman" w:cs="Times New Roman"/>
          <w:b/>
          <w:color w:val="FFFFFF"/>
          <w:sz w:val="24"/>
          <w:szCs w:val="24"/>
          <w:lang w:val="ro-RO"/>
        </w:rPr>
        <w:t>PRIMĂRIA MUNICIPIULUI SOROCA</w:t>
      </w:r>
    </w:p>
    <w:p w14:paraId="78B85C9A" w14:textId="77777777" w:rsidR="00E52527" w:rsidRPr="00D94CA7" w:rsidRDefault="00E52527">
      <w:pPr>
        <w:rPr>
          <w:rFonts w:ascii="Times New Roman" w:hAnsi="Times New Roman" w:cs="Times New Roman"/>
          <w:sz w:val="24"/>
          <w:szCs w:val="24"/>
          <w:lang w:val="ro-RO"/>
        </w:rPr>
      </w:pPr>
    </w:p>
    <w:p w14:paraId="53C5670C" w14:textId="77777777" w:rsidR="00E52527" w:rsidRPr="00D94CA7" w:rsidRDefault="007A2395">
      <w:pPr>
        <w:jc w:val="center"/>
        <w:rPr>
          <w:rFonts w:ascii="Times New Roman" w:hAnsi="Times New Roman" w:cs="Times New Roman"/>
          <w:sz w:val="24"/>
          <w:szCs w:val="24"/>
          <w:lang w:val="ro-RO"/>
        </w:rPr>
      </w:pPr>
      <w:r w:rsidRPr="00D94CA7">
        <w:rPr>
          <w:rFonts w:ascii="Times New Roman" w:hAnsi="Times New Roman" w:cs="Times New Roman"/>
          <w:b/>
          <w:color w:val="1F4E79"/>
          <w:sz w:val="24"/>
          <w:szCs w:val="24"/>
          <w:lang w:val="ro-RO"/>
        </w:rPr>
        <w:t>CAIET DE SARCINI</w:t>
      </w:r>
    </w:p>
    <w:p w14:paraId="570F0ECD" w14:textId="77777777" w:rsidR="00E52527" w:rsidRPr="00D94CA7" w:rsidRDefault="007A2395">
      <w:pPr>
        <w:jc w:val="center"/>
        <w:rPr>
          <w:rFonts w:ascii="Times New Roman" w:hAnsi="Times New Roman" w:cs="Times New Roman"/>
          <w:sz w:val="24"/>
          <w:szCs w:val="24"/>
          <w:lang w:val="ro-RO"/>
        </w:rPr>
      </w:pPr>
      <w:r w:rsidRPr="00D94CA7">
        <w:rPr>
          <w:rFonts w:ascii="Times New Roman" w:hAnsi="Times New Roman" w:cs="Times New Roman"/>
          <w:i/>
          <w:sz w:val="24"/>
          <w:szCs w:val="24"/>
          <w:lang w:val="ro-RO"/>
        </w:rPr>
        <w:t>pentru achiziția contractului de servicii având ca obiect</w:t>
      </w:r>
    </w:p>
    <w:p w14:paraId="5B9B786A" w14:textId="2F98E449" w:rsidR="00E52527" w:rsidRPr="00F94056" w:rsidRDefault="00F94056">
      <w:pPr>
        <w:rPr>
          <w:rFonts w:ascii="Times New Roman" w:hAnsi="Times New Roman" w:cs="Times New Roman"/>
          <w:sz w:val="24"/>
          <w:szCs w:val="24"/>
          <w:lang w:val="ro-RO"/>
        </w:rPr>
      </w:pPr>
      <w:r w:rsidRPr="00F94056">
        <w:rPr>
          <w:rStyle w:val="af6"/>
          <w:rFonts w:ascii="Times New Roman" w:hAnsi="Times New Roman" w:cs="Times New Roman"/>
          <w:i/>
          <w:iCs/>
          <w:u w:val="single"/>
          <w:lang w:val="ro-RO"/>
        </w:rPr>
        <w:t>,,L</w:t>
      </w:r>
      <w:r w:rsidRPr="00F94056">
        <w:rPr>
          <w:rFonts w:ascii="Times New Roman" w:hAnsi="Times New Roman" w:cs="Times New Roman"/>
          <w:b/>
          <w:i/>
          <w:iCs/>
          <w:u w:val="single"/>
          <w:lang w:val="ro-RO"/>
        </w:rPr>
        <w:t xml:space="preserve">ucrări de infrastructură privind edificarea  monumente de for public: </w:t>
      </w:r>
      <w:bookmarkStart w:id="0" w:name="_Hlk234855207"/>
      <w:r w:rsidRPr="00F94056">
        <w:rPr>
          <w:rFonts w:ascii="Times New Roman" w:hAnsi="Times New Roman" w:cs="Times New Roman"/>
          <w:b/>
          <w:i/>
          <w:iCs/>
          <w:u w:val="single"/>
          <w:lang w:val="ro-RO"/>
        </w:rPr>
        <w:t>„Nicolae Bulat</w:t>
      </w:r>
      <w:bookmarkEnd w:id="0"/>
      <w:r w:rsidRPr="00F94056">
        <w:rPr>
          <w:rFonts w:ascii="Times New Roman" w:hAnsi="Times New Roman" w:cs="Times New Roman"/>
          <w:b/>
          <w:i/>
          <w:iCs/>
          <w:u w:val="single"/>
          <w:lang w:val="ro-RO"/>
        </w:rPr>
        <w:t>” – în scuarul Cetății Soroca, „Bustul lui Ion Druță” – în Parcul „Mihai Eminescu” (Aleea Clasicilor) și „Grigore Vieru cu maica sa și cartea”</w:t>
      </w:r>
      <w:r w:rsidRPr="00F94056">
        <w:rPr>
          <w:rStyle w:val="af6"/>
          <w:rFonts w:ascii="Times New Roman" w:hAnsi="Times New Roman" w:cs="Times New Roman"/>
          <w:b w:val="0"/>
          <w:i/>
          <w:iCs/>
          <w:u w:val="single"/>
          <w:lang w:val="ro-RO"/>
        </w:rPr>
        <w:t>,</w:t>
      </w:r>
      <w:r w:rsidRPr="00F94056">
        <w:rPr>
          <w:rStyle w:val="af6"/>
          <w:rFonts w:ascii="Times New Roman" w:hAnsi="Times New Roman" w:cs="Times New Roman"/>
          <w:i/>
          <w:iCs/>
          <w:u w:val="single"/>
          <w:lang w:val="ro-RO"/>
        </w:rPr>
        <w:t xml:space="preserve"> implementat prin Programul Interreg NEXT România–Republica Moldova 2021–2027, Proiect (cod ROMD00596), finanțat de Uniunea Europeană și cofinanțat de Primăria municipiului Soroca – Partener 2</w:t>
      </w:r>
    </w:p>
    <w:tbl>
      <w:tblPr>
        <w:tblStyle w:val="aff0"/>
        <w:tblW w:w="0" w:type="auto"/>
        <w:jc w:val="center"/>
        <w:tblLook w:val="04A0" w:firstRow="1" w:lastRow="0" w:firstColumn="1" w:lastColumn="0" w:noHBand="0" w:noVBand="1"/>
      </w:tblPr>
      <w:tblGrid>
        <w:gridCol w:w="2835"/>
        <w:gridCol w:w="6236"/>
      </w:tblGrid>
      <w:tr w:rsidR="00E52527" w:rsidRPr="00D94CA7" w14:paraId="0C18621C" w14:textId="77777777">
        <w:trPr>
          <w:jc w:val="center"/>
        </w:trPr>
        <w:tc>
          <w:tcPr>
            <w:tcW w:w="2835" w:type="dxa"/>
            <w:shd w:val="clear" w:color="auto" w:fill="DCE6F1"/>
            <w:vAlign w:val="center"/>
          </w:tcPr>
          <w:p w14:paraId="7667632E" w14:textId="77777777" w:rsidR="00E52527" w:rsidRPr="00D94CA7" w:rsidRDefault="007A2395">
            <w:pPr>
              <w:spacing w:before="40" w:after="40"/>
              <w:rPr>
                <w:rFonts w:ascii="Times New Roman" w:hAnsi="Times New Roman" w:cs="Times New Roman"/>
                <w:sz w:val="24"/>
                <w:szCs w:val="24"/>
                <w:lang w:val="ro-RO"/>
              </w:rPr>
            </w:pPr>
            <w:r w:rsidRPr="00D94CA7">
              <w:rPr>
                <w:rFonts w:ascii="Times New Roman" w:hAnsi="Times New Roman" w:cs="Times New Roman"/>
                <w:b/>
                <w:sz w:val="24"/>
                <w:szCs w:val="24"/>
                <w:lang w:val="ro-RO"/>
              </w:rPr>
              <w:t>Beneficiar</w:t>
            </w:r>
          </w:p>
        </w:tc>
        <w:tc>
          <w:tcPr>
            <w:tcW w:w="6236" w:type="dxa"/>
            <w:vAlign w:val="center"/>
          </w:tcPr>
          <w:p w14:paraId="7754D265" w14:textId="77777777" w:rsidR="00E52527" w:rsidRPr="00D94CA7" w:rsidRDefault="007A2395">
            <w:pPr>
              <w:spacing w:before="40" w:after="40"/>
              <w:rPr>
                <w:rFonts w:ascii="Times New Roman" w:hAnsi="Times New Roman" w:cs="Times New Roman"/>
                <w:sz w:val="24"/>
                <w:szCs w:val="24"/>
                <w:lang w:val="ro-RO"/>
              </w:rPr>
            </w:pPr>
            <w:r w:rsidRPr="00D94CA7">
              <w:rPr>
                <w:rFonts w:ascii="Times New Roman" w:hAnsi="Times New Roman" w:cs="Times New Roman"/>
                <w:sz w:val="24"/>
                <w:szCs w:val="24"/>
                <w:lang w:val="ro-RO"/>
              </w:rPr>
              <w:t>Primăria municipiului Soroca</w:t>
            </w:r>
          </w:p>
        </w:tc>
      </w:tr>
      <w:tr w:rsidR="00E52527" w:rsidRPr="00D94CA7" w14:paraId="37D290C4" w14:textId="77777777">
        <w:trPr>
          <w:jc w:val="center"/>
        </w:trPr>
        <w:tc>
          <w:tcPr>
            <w:tcW w:w="2835" w:type="dxa"/>
            <w:shd w:val="clear" w:color="auto" w:fill="DCE6F1"/>
            <w:vAlign w:val="center"/>
          </w:tcPr>
          <w:p w14:paraId="1E787190" w14:textId="77777777" w:rsidR="00E52527" w:rsidRPr="00D94CA7" w:rsidRDefault="007A2395">
            <w:pPr>
              <w:spacing w:before="40" w:after="40"/>
              <w:rPr>
                <w:rFonts w:ascii="Times New Roman" w:hAnsi="Times New Roman" w:cs="Times New Roman"/>
                <w:sz w:val="24"/>
                <w:szCs w:val="24"/>
                <w:lang w:val="ro-RO"/>
              </w:rPr>
            </w:pPr>
            <w:r w:rsidRPr="00D94CA7">
              <w:rPr>
                <w:rFonts w:ascii="Times New Roman" w:hAnsi="Times New Roman" w:cs="Times New Roman"/>
                <w:b/>
                <w:sz w:val="24"/>
                <w:szCs w:val="24"/>
                <w:lang w:val="ro-RO"/>
              </w:rPr>
              <w:t>Program / proiect</w:t>
            </w:r>
          </w:p>
        </w:tc>
        <w:tc>
          <w:tcPr>
            <w:tcW w:w="6236" w:type="dxa"/>
            <w:vAlign w:val="center"/>
          </w:tcPr>
          <w:p w14:paraId="0DA96D4B" w14:textId="77777777" w:rsidR="00E52527" w:rsidRPr="00D94CA7" w:rsidRDefault="007A2395">
            <w:pPr>
              <w:spacing w:before="40" w:after="40"/>
              <w:rPr>
                <w:rFonts w:ascii="Times New Roman" w:hAnsi="Times New Roman" w:cs="Times New Roman"/>
                <w:sz w:val="24"/>
                <w:szCs w:val="24"/>
                <w:lang w:val="ro-RO"/>
              </w:rPr>
            </w:pPr>
            <w:r w:rsidRPr="00D94CA7">
              <w:rPr>
                <w:rFonts w:ascii="Times New Roman" w:hAnsi="Times New Roman" w:cs="Times New Roman"/>
                <w:sz w:val="24"/>
                <w:szCs w:val="24"/>
                <w:lang w:val="ro-RO"/>
              </w:rPr>
              <w:t>CRAFT – Cross-border Revival and Advancement of Future Traditions, implementat în cadrul Programului Interreg NEXT România – Republica Moldova 2021–2027</w:t>
            </w:r>
          </w:p>
        </w:tc>
      </w:tr>
      <w:tr w:rsidR="00E52527" w:rsidRPr="006F199F" w14:paraId="4E62E746" w14:textId="77777777">
        <w:trPr>
          <w:jc w:val="center"/>
        </w:trPr>
        <w:tc>
          <w:tcPr>
            <w:tcW w:w="2835" w:type="dxa"/>
            <w:shd w:val="clear" w:color="auto" w:fill="DCE6F1"/>
            <w:vAlign w:val="center"/>
          </w:tcPr>
          <w:p w14:paraId="240883B9" w14:textId="77777777" w:rsidR="00E52527" w:rsidRPr="00D94CA7" w:rsidRDefault="007A2395">
            <w:pPr>
              <w:spacing w:before="40" w:after="40"/>
              <w:rPr>
                <w:rFonts w:ascii="Times New Roman" w:hAnsi="Times New Roman" w:cs="Times New Roman"/>
                <w:sz w:val="24"/>
                <w:szCs w:val="24"/>
                <w:lang w:val="ro-RO"/>
              </w:rPr>
            </w:pPr>
            <w:r w:rsidRPr="00D94CA7">
              <w:rPr>
                <w:rFonts w:ascii="Times New Roman" w:hAnsi="Times New Roman" w:cs="Times New Roman"/>
                <w:b/>
                <w:sz w:val="24"/>
                <w:szCs w:val="24"/>
                <w:lang w:val="ro-RO"/>
              </w:rPr>
              <w:t>Obiectul achiziției</w:t>
            </w:r>
          </w:p>
        </w:tc>
        <w:tc>
          <w:tcPr>
            <w:tcW w:w="6236" w:type="dxa"/>
            <w:vAlign w:val="center"/>
          </w:tcPr>
          <w:p w14:paraId="75B225D9" w14:textId="1CB5D948" w:rsidR="00E52527" w:rsidRPr="00F94056" w:rsidRDefault="00F94056">
            <w:pPr>
              <w:spacing w:before="40" w:after="40"/>
              <w:rPr>
                <w:rFonts w:ascii="Times New Roman" w:hAnsi="Times New Roman" w:cs="Times New Roman"/>
                <w:sz w:val="24"/>
                <w:szCs w:val="24"/>
                <w:lang w:val="ro-RO"/>
              </w:rPr>
            </w:pPr>
            <w:r w:rsidRPr="00F94056">
              <w:rPr>
                <w:rStyle w:val="af6"/>
                <w:rFonts w:ascii="Times New Roman" w:hAnsi="Times New Roman" w:cs="Times New Roman"/>
                <w:sz w:val="24"/>
                <w:szCs w:val="24"/>
                <w:lang w:val="ro-RO"/>
              </w:rPr>
              <w:t>L</w:t>
            </w:r>
            <w:r w:rsidRPr="00F94056">
              <w:rPr>
                <w:rFonts w:ascii="Times New Roman" w:hAnsi="Times New Roman" w:cs="Times New Roman"/>
                <w:sz w:val="24"/>
                <w:szCs w:val="24"/>
                <w:lang w:val="ro-RO"/>
              </w:rPr>
              <w:t>ucrări de infrastructură privind edificarea  monumente de for public: „Nicolae Bulat” – în scuarul Cetății Soroca, „Bustul lui Ion Druță” – în Parcul „Mihai Eminescu” (Aleea Clasicilor) și „Grigore Vieru cu maica sa și cartea”</w:t>
            </w:r>
          </w:p>
        </w:tc>
      </w:tr>
      <w:tr w:rsidR="00E52527" w:rsidRPr="00D94CA7" w14:paraId="031980C7" w14:textId="77777777">
        <w:trPr>
          <w:jc w:val="center"/>
        </w:trPr>
        <w:tc>
          <w:tcPr>
            <w:tcW w:w="2835" w:type="dxa"/>
            <w:shd w:val="clear" w:color="auto" w:fill="DCE6F1"/>
            <w:vAlign w:val="center"/>
          </w:tcPr>
          <w:p w14:paraId="73F70F5A" w14:textId="77777777" w:rsidR="00E52527" w:rsidRPr="00D94CA7" w:rsidRDefault="007A2395">
            <w:pPr>
              <w:spacing w:before="40" w:after="40"/>
              <w:rPr>
                <w:rFonts w:ascii="Times New Roman" w:hAnsi="Times New Roman" w:cs="Times New Roman"/>
                <w:sz w:val="24"/>
                <w:szCs w:val="24"/>
                <w:lang w:val="ro-RO"/>
              </w:rPr>
            </w:pPr>
            <w:r w:rsidRPr="00D94CA7">
              <w:rPr>
                <w:rFonts w:ascii="Times New Roman" w:hAnsi="Times New Roman" w:cs="Times New Roman"/>
                <w:b/>
                <w:sz w:val="24"/>
                <w:szCs w:val="24"/>
                <w:lang w:val="ro-RO"/>
              </w:rPr>
              <w:t>Data elaborării</w:t>
            </w:r>
          </w:p>
        </w:tc>
        <w:tc>
          <w:tcPr>
            <w:tcW w:w="6236" w:type="dxa"/>
            <w:vAlign w:val="center"/>
          </w:tcPr>
          <w:p w14:paraId="6814DAC4" w14:textId="3353A22E" w:rsidR="00E52527" w:rsidRPr="00D94CA7" w:rsidRDefault="006F199F">
            <w:pPr>
              <w:spacing w:before="40" w:after="40"/>
              <w:rPr>
                <w:rFonts w:ascii="Times New Roman" w:hAnsi="Times New Roman" w:cs="Times New Roman"/>
                <w:sz w:val="24"/>
                <w:szCs w:val="24"/>
                <w:lang w:val="ro-RO"/>
              </w:rPr>
            </w:pPr>
            <w:r>
              <w:rPr>
                <w:rFonts w:ascii="Times New Roman" w:hAnsi="Times New Roman" w:cs="Times New Roman"/>
                <w:sz w:val="24"/>
                <w:szCs w:val="24"/>
                <w:lang w:val="ro-RO"/>
              </w:rPr>
              <w:t>august</w:t>
            </w:r>
            <w:r w:rsidR="007A2395" w:rsidRPr="00D94CA7">
              <w:rPr>
                <w:rFonts w:ascii="Times New Roman" w:hAnsi="Times New Roman" w:cs="Times New Roman"/>
                <w:sz w:val="24"/>
                <w:szCs w:val="24"/>
                <w:lang w:val="ro-RO"/>
              </w:rPr>
              <w:t xml:space="preserve"> 2026</w:t>
            </w:r>
          </w:p>
        </w:tc>
      </w:tr>
    </w:tbl>
    <w:p w14:paraId="63449164" w14:textId="77777777" w:rsidR="00090ADA" w:rsidRPr="00D94CA7" w:rsidRDefault="00090ADA" w:rsidP="00090ADA">
      <w:pPr>
        <w:rPr>
          <w:rFonts w:ascii="Times New Roman" w:hAnsi="Times New Roman" w:cs="Times New Roman"/>
          <w:sz w:val="24"/>
          <w:szCs w:val="24"/>
          <w:lang w:val="ro-RO"/>
        </w:rPr>
      </w:pPr>
    </w:p>
    <w:p w14:paraId="04E7482D" w14:textId="77777777" w:rsidR="00E52527" w:rsidRPr="00D94CA7" w:rsidRDefault="007A2395">
      <w:pPr>
        <w:pStyle w:val="1"/>
        <w:rPr>
          <w:rFonts w:ascii="Times New Roman" w:hAnsi="Times New Roman" w:cs="Times New Roman"/>
          <w:sz w:val="24"/>
          <w:szCs w:val="24"/>
          <w:lang w:val="ro-RO"/>
        </w:rPr>
      </w:pPr>
      <w:r w:rsidRPr="00D94CA7">
        <w:rPr>
          <w:rFonts w:ascii="Times New Roman" w:hAnsi="Times New Roman" w:cs="Times New Roman"/>
          <w:sz w:val="24"/>
          <w:szCs w:val="24"/>
          <w:lang w:val="ro-RO"/>
        </w:rPr>
        <w:t>1. Introducere și scopul achiziției</w:t>
      </w:r>
    </w:p>
    <w:p w14:paraId="6A9FEDB0" w14:textId="77777777" w:rsidR="00F94056" w:rsidRPr="00F94056" w:rsidRDefault="00F94056" w:rsidP="00F94056">
      <w:pPr>
        <w:spacing w:before="100" w:beforeAutospacing="1" w:after="100" w:afterAutospacing="1" w:line="240" w:lineRule="auto"/>
        <w:jc w:val="both"/>
        <w:rPr>
          <w:rFonts w:ascii="Times New Roman" w:eastAsia="Times New Roman" w:hAnsi="Times New Roman" w:cs="Times New Roman"/>
          <w:sz w:val="24"/>
          <w:szCs w:val="24"/>
          <w:lang w:val="ro-RO" w:eastAsia="ro-RO"/>
        </w:rPr>
      </w:pPr>
      <w:r w:rsidRPr="00F94056">
        <w:rPr>
          <w:rFonts w:ascii="Times New Roman" w:eastAsia="Times New Roman" w:hAnsi="Times New Roman" w:cs="Times New Roman"/>
          <w:sz w:val="24"/>
          <w:szCs w:val="24"/>
          <w:lang w:val="ro-RO" w:eastAsia="ro-RO"/>
        </w:rPr>
        <w:t xml:space="preserve">Prezentul caiet de sarcini stabilește cerințele tehnice, funcționale, artistice, constructive și organizatorice privind executarea lucrărilor de infrastructură necesare edificării a trei monumente de for public în municipiul Soroca, în cadrul proiectului </w:t>
      </w:r>
      <w:r w:rsidRPr="00F94056">
        <w:rPr>
          <w:rFonts w:ascii="Times New Roman" w:eastAsia="Times New Roman" w:hAnsi="Times New Roman" w:cs="Times New Roman"/>
          <w:b/>
          <w:bCs/>
          <w:sz w:val="24"/>
          <w:szCs w:val="24"/>
          <w:lang w:val="ro-RO" w:eastAsia="ro-RO"/>
        </w:rPr>
        <w:t>CRAFT – Cross-border Revival and Advancement of Future Traditions</w:t>
      </w:r>
      <w:r w:rsidRPr="00F94056">
        <w:rPr>
          <w:rFonts w:ascii="Times New Roman" w:eastAsia="Times New Roman" w:hAnsi="Times New Roman" w:cs="Times New Roman"/>
          <w:sz w:val="24"/>
          <w:szCs w:val="24"/>
          <w:lang w:val="ro-RO" w:eastAsia="ro-RO"/>
        </w:rPr>
        <w:t xml:space="preserve">, implementat prin Programul </w:t>
      </w:r>
      <w:r w:rsidRPr="00F94056">
        <w:rPr>
          <w:rFonts w:ascii="Times New Roman" w:eastAsia="Times New Roman" w:hAnsi="Times New Roman" w:cs="Times New Roman"/>
          <w:b/>
          <w:bCs/>
          <w:sz w:val="24"/>
          <w:szCs w:val="24"/>
          <w:lang w:val="ro-RO" w:eastAsia="ro-RO"/>
        </w:rPr>
        <w:t>Interreg NEXT România–Republica Moldova 2021–2027</w:t>
      </w:r>
      <w:r w:rsidRPr="00F94056">
        <w:rPr>
          <w:rFonts w:ascii="Times New Roman" w:eastAsia="Times New Roman" w:hAnsi="Times New Roman" w:cs="Times New Roman"/>
          <w:sz w:val="24"/>
          <w:szCs w:val="24"/>
          <w:lang w:val="ro-RO" w:eastAsia="ro-RO"/>
        </w:rPr>
        <w:t>.</w:t>
      </w:r>
    </w:p>
    <w:p w14:paraId="146E64FD" w14:textId="77777777" w:rsidR="00F94056" w:rsidRPr="00F94056" w:rsidRDefault="00F94056" w:rsidP="00F94056">
      <w:pPr>
        <w:spacing w:before="100" w:beforeAutospacing="1" w:after="100" w:afterAutospacing="1" w:line="240" w:lineRule="auto"/>
        <w:jc w:val="both"/>
        <w:rPr>
          <w:rFonts w:ascii="Times New Roman" w:eastAsia="Times New Roman" w:hAnsi="Times New Roman" w:cs="Times New Roman"/>
          <w:sz w:val="24"/>
          <w:szCs w:val="24"/>
          <w:lang w:val="ro-RO" w:eastAsia="ro-RO"/>
        </w:rPr>
      </w:pPr>
      <w:r w:rsidRPr="00F94056">
        <w:rPr>
          <w:rFonts w:ascii="Times New Roman" w:eastAsia="Times New Roman" w:hAnsi="Times New Roman" w:cs="Times New Roman"/>
          <w:sz w:val="24"/>
          <w:szCs w:val="24"/>
          <w:lang w:val="ro-RO" w:eastAsia="ro-RO"/>
        </w:rPr>
        <w:lastRenderedPageBreak/>
        <w:t xml:space="preserve">Achiziția urmărește realizarea infrastructurii complete și a elementelor necesare amplasării monumentelor de for public dedicate personalităților </w:t>
      </w:r>
      <w:r w:rsidRPr="00F94056">
        <w:rPr>
          <w:rFonts w:ascii="Times New Roman" w:eastAsia="Times New Roman" w:hAnsi="Times New Roman" w:cs="Times New Roman"/>
          <w:b/>
          <w:bCs/>
          <w:sz w:val="24"/>
          <w:szCs w:val="24"/>
          <w:lang w:val="ro-RO" w:eastAsia="ro-RO"/>
        </w:rPr>
        <w:t>Nicolae Bulat</w:t>
      </w:r>
      <w:r w:rsidRPr="00F94056">
        <w:rPr>
          <w:rFonts w:ascii="Times New Roman" w:eastAsia="Times New Roman" w:hAnsi="Times New Roman" w:cs="Times New Roman"/>
          <w:sz w:val="24"/>
          <w:szCs w:val="24"/>
          <w:lang w:val="ro-RO" w:eastAsia="ro-RO"/>
        </w:rPr>
        <w:t xml:space="preserve">, </w:t>
      </w:r>
      <w:r w:rsidRPr="00F94056">
        <w:rPr>
          <w:rFonts w:ascii="Times New Roman" w:eastAsia="Times New Roman" w:hAnsi="Times New Roman" w:cs="Times New Roman"/>
          <w:b/>
          <w:bCs/>
          <w:sz w:val="24"/>
          <w:szCs w:val="24"/>
          <w:lang w:val="ro-RO" w:eastAsia="ro-RO"/>
        </w:rPr>
        <w:t>Ion Druță</w:t>
      </w:r>
      <w:r w:rsidRPr="00F94056">
        <w:rPr>
          <w:rFonts w:ascii="Times New Roman" w:eastAsia="Times New Roman" w:hAnsi="Times New Roman" w:cs="Times New Roman"/>
          <w:sz w:val="24"/>
          <w:szCs w:val="24"/>
          <w:lang w:val="ro-RO" w:eastAsia="ro-RO"/>
        </w:rPr>
        <w:t xml:space="preserve"> și </w:t>
      </w:r>
      <w:r w:rsidRPr="00F94056">
        <w:rPr>
          <w:rFonts w:ascii="Times New Roman" w:eastAsia="Times New Roman" w:hAnsi="Times New Roman" w:cs="Times New Roman"/>
          <w:b/>
          <w:bCs/>
          <w:sz w:val="24"/>
          <w:szCs w:val="24"/>
          <w:lang w:val="ro-RO" w:eastAsia="ro-RO"/>
        </w:rPr>
        <w:t>Grigore Vieru</w:t>
      </w:r>
      <w:r w:rsidRPr="00F94056">
        <w:rPr>
          <w:rFonts w:ascii="Times New Roman" w:eastAsia="Times New Roman" w:hAnsi="Times New Roman" w:cs="Times New Roman"/>
          <w:sz w:val="24"/>
          <w:szCs w:val="24"/>
          <w:lang w:val="ro-RO" w:eastAsia="ro-RO"/>
        </w:rPr>
        <w:t>, contribuind la valorificarea patrimoniului cultural, promovarea identității locale și dezvoltarea spațiilor publice reprezentative ale municipiului Soroca.</w:t>
      </w:r>
    </w:p>
    <w:p w14:paraId="6A24EE89" w14:textId="77777777" w:rsidR="00F94056" w:rsidRPr="00F94056" w:rsidRDefault="00F94056" w:rsidP="00F94056">
      <w:pPr>
        <w:spacing w:before="100" w:beforeAutospacing="1" w:after="100" w:afterAutospacing="1" w:line="240" w:lineRule="auto"/>
        <w:jc w:val="both"/>
        <w:rPr>
          <w:rFonts w:ascii="Times New Roman" w:eastAsia="Times New Roman" w:hAnsi="Times New Roman" w:cs="Times New Roman"/>
          <w:sz w:val="24"/>
          <w:szCs w:val="24"/>
          <w:lang w:val="ro-RO" w:eastAsia="ro-RO"/>
        </w:rPr>
      </w:pPr>
      <w:r w:rsidRPr="00F94056">
        <w:rPr>
          <w:rFonts w:ascii="Times New Roman" w:eastAsia="Times New Roman" w:hAnsi="Times New Roman" w:cs="Times New Roman"/>
          <w:sz w:val="24"/>
          <w:szCs w:val="24"/>
          <w:lang w:val="ro-RO" w:eastAsia="ro-RO"/>
        </w:rPr>
        <w:t>Prezentul document definește în mod clar și transparent obligațiile executantului, cerințele minime privind calitatea lucrărilor, materialele utilizate, tehnologiile de execuție, condițiile de siguranță și durabilitate, precum și standardele care trebuie respectate pe întreaga perioadă de implementare a contractului.</w:t>
      </w:r>
    </w:p>
    <w:p w14:paraId="25DFF98E" w14:textId="77777777" w:rsidR="00F94056" w:rsidRPr="00F94056" w:rsidRDefault="00F94056" w:rsidP="00F94056">
      <w:pPr>
        <w:spacing w:before="100" w:beforeAutospacing="1" w:after="100" w:afterAutospacing="1" w:line="240" w:lineRule="auto"/>
        <w:jc w:val="both"/>
        <w:rPr>
          <w:rFonts w:ascii="Times New Roman" w:eastAsia="Times New Roman" w:hAnsi="Times New Roman" w:cs="Times New Roman"/>
          <w:sz w:val="24"/>
          <w:szCs w:val="24"/>
          <w:lang w:val="ro-RO" w:eastAsia="ro-RO"/>
        </w:rPr>
      </w:pPr>
      <w:r w:rsidRPr="00F94056">
        <w:rPr>
          <w:rFonts w:ascii="Times New Roman" w:eastAsia="Times New Roman" w:hAnsi="Times New Roman" w:cs="Times New Roman"/>
          <w:sz w:val="24"/>
          <w:szCs w:val="24"/>
          <w:lang w:val="ro-RO" w:eastAsia="ro-RO"/>
        </w:rPr>
        <w:t>Scopul principal al achiziției îl constituie executarea unor lucrări de infrastructură durabile și conforme cu documentația tehnică, care să permită instalarea și punerea în valoare a monumentelor de for public în următoarele amplasamente:</w:t>
      </w:r>
    </w:p>
    <w:p w14:paraId="1C7572C3" w14:textId="02B7A2CE" w:rsidR="00F94056" w:rsidRPr="00F94056" w:rsidRDefault="00F94056" w:rsidP="00F94056">
      <w:pPr>
        <w:pStyle w:val="ae"/>
        <w:numPr>
          <w:ilvl w:val="0"/>
          <w:numId w:val="12"/>
        </w:numPr>
        <w:spacing w:before="100" w:beforeAutospacing="1" w:after="100" w:afterAutospacing="1" w:line="240" w:lineRule="auto"/>
        <w:jc w:val="both"/>
        <w:rPr>
          <w:rFonts w:ascii="Times New Roman" w:eastAsia="Times New Roman" w:hAnsi="Times New Roman" w:cs="Times New Roman"/>
          <w:sz w:val="24"/>
          <w:szCs w:val="24"/>
          <w:lang w:val="ro-RO" w:eastAsia="ro-RO"/>
        </w:rPr>
      </w:pPr>
      <w:r w:rsidRPr="00F94056">
        <w:rPr>
          <w:rFonts w:ascii="Times New Roman" w:eastAsia="Times New Roman" w:hAnsi="Times New Roman" w:cs="Times New Roman"/>
          <w:sz w:val="24"/>
          <w:szCs w:val="24"/>
          <w:lang w:val="ro-RO" w:eastAsia="ro-RO"/>
        </w:rPr>
        <w:t xml:space="preserve">monumentul </w:t>
      </w:r>
      <w:r w:rsidRPr="00F94056">
        <w:rPr>
          <w:rFonts w:ascii="Times New Roman" w:eastAsia="Times New Roman" w:hAnsi="Times New Roman" w:cs="Times New Roman"/>
          <w:b/>
          <w:bCs/>
          <w:sz w:val="24"/>
          <w:szCs w:val="24"/>
          <w:lang w:val="ro-RO" w:eastAsia="ro-RO"/>
        </w:rPr>
        <w:t>„Nicolae Bulat”</w:t>
      </w:r>
      <w:r w:rsidRPr="00F94056">
        <w:rPr>
          <w:rFonts w:ascii="Times New Roman" w:eastAsia="Times New Roman" w:hAnsi="Times New Roman" w:cs="Times New Roman"/>
          <w:sz w:val="24"/>
          <w:szCs w:val="24"/>
          <w:lang w:val="ro-RO" w:eastAsia="ro-RO"/>
        </w:rPr>
        <w:t xml:space="preserve"> – în scuarul Cetății Soroca;</w:t>
      </w:r>
    </w:p>
    <w:p w14:paraId="60C062D4" w14:textId="137B04F1" w:rsidR="00F94056" w:rsidRPr="00F94056" w:rsidRDefault="00F94056" w:rsidP="00F94056">
      <w:pPr>
        <w:pStyle w:val="ae"/>
        <w:numPr>
          <w:ilvl w:val="0"/>
          <w:numId w:val="12"/>
        </w:numPr>
        <w:spacing w:before="100" w:beforeAutospacing="1" w:after="100" w:afterAutospacing="1" w:line="240" w:lineRule="auto"/>
        <w:jc w:val="both"/>
        <w:rPr>
          <w:rFonts w:ascii="Times New Roman" w:eastAsia="Times New Roman" w:hAnsi="Times New Roman" w:cs="Times New Roman"/>
          <w:sz w:val="24"/>
          <w:szCs w:val="24"/>
          <w:lang w:val="ro-RO" w:eastAsia="ro-RO"/>
        </w:rPr>
      </w:pPr>
      <w:r w:rsidRPr="00F94056">
        <w:rPr>
          <w:rFonts w:ascii="Times New Roman" w:eastAsia="Times New Roman" w:hAnsi="Times New Roman" w:cs="Times New Roman"/>
          <w:b/>
          <w:bCs/>
          <w:sz w:val="24"/>
          <w:szCs w:val="24"/>
          <w:lang w:val="ro-RO" w:eastAsia="ro-RO"/>
        </w:rPr>
        <w:t>Bustul lui Ion Druță</w:t>
      </w:r>
      <w:r w:rsidRPr="00F94056">
        <w:rPr>
          <w:rFonts w:ascii="Times New Roman" w:eastAsia="Times New Roman" w:hAnsi="Times New Roman" w:cs="Times New Roman"/>
          <w:sz w:val="24"/>
          <w:szCs w:val="24"/>
          <w:lang w:val="ro-RO" w:eastAsia="ro-RO"/>
        </w:rPr>
        <w:t xml:space="preserve"> – în Parcul „Mihai Eminescu” (Aleea Clasicilor);</w:t>
      </w:r>
    </w:p>
    <w:p w14:paraId="4F9C3D80" w14:textId="60EEF250" w:rsidR="00F94056" w:rsidRPr="00F94056" w:rsidRDefault="00F94056" w:rsidP="00F94056">
      <w:pPr>
        <w:pStyle w:val="ae"/>
        <w:numPr>
          <w:ilvl w:val="0"/>
          <w:numId w:val="12"/>
        </w:numPr>
        <w:spacing w:before="100" w:beforeAutospacing="1" w:after="100" w:afterAutospacing="1" w:line="240" w:lineRule="auto"/>
        <w:jc w:val="both"/>
        <w:rPr>
          <w:rFonts w:ascii="Times New Roman" w:eastAsia="Times New Roman" w:hAnsi="Times New Roman" w:cs="Times New Roman"/>
          <w:sz w:val="24"/>
          <w:szCs w:val="24"/>
          <w:lang w:val="ro-RO" w:eastAsia="ro-RO"/>
        </w:rPr>
      </w:pPr>
      <w:r w:rsidRPr="00F94056">
        <w:rPr>
          <w:rFonts w:ascii="Times New Roman" w:eastAsia="Times New Roman" w:hAnsi="Times New Roman" w:cs="Times New Roman"/>
          <w:sz w:val="24"/>
          <w:szCs w:val="24"/>
          <w:lang w:val="ro-RO" w:eastAsia="ro-RO"/>
        </w:rPr>
        <w:t xml:space="preserve">grupul statuar </w:t>
      </w:r>
      <w:r w:rsidRPr="00F94056">
        <w:rPr>
          <w:rFonts w:ascii="Times New Roman" w:eastAsia="Times New Roman" w:hAnsi="Times New Roman" w:cs="Times New Roman"/>
          <w:b/>
          <w:bCs/>
          <w:sz w:val="24"/>
          <w:szCs w:val="24"/>
          <w:lang w:val="ro-RO" w:eastAsia="ro-RO"/>
        </w:rPr>
        <w:t>„Grigore Vieru cu maica sa și cartea”</w:t>
      </w:r>
      <w:r w:rsidRPr="00F94056">
        <w:rPr>
          <w:rFonts w:ascii="Times New Roman" w:eastAsia="Times New Roman" w:hAnsi="Times New Roman" w:cs="Times New Roman"/>
          <w:sz w:val="24"/>
          <w:szCs w:val="24"/>
          <w:lang w:val="ro-RO" w:eastAsia="ro-RO"/>
        </w:rPr>
        <w:t xml:space="preserve"> – în amplasamentul prevăzut prin proiect.</w:t>
      </w:r>
    </w:p>
    <w:p w14:paraId="37F03337" w14:textId="77777777" w:rsidR="00F94056" w:rsidRPr="00F94056" w:rsidRDefault="00F94056" w:rsidP="00F94056">
      <w:pPr>
        <w:spacing w:before="100" w:beforeAutospacing="1" w:after="100" w:afterAutospacing="1" w:line="240" w:lineRule="auto"/>
        <w:jc w:val="both"/>
        <w:rPr>
          <w:rFonts w:ascii="Times New Roman" w:eastAsia="Times New Roman" w:hAnsi="Times New Roman" w:cs="Times New Roman"/>
          <w:sz w:val="24"/>
          <w:szCs w:val="24"/>
          <w:lang w:val="ro-RO" w:eastAsia="ro-RO"/>
        </w:rPr>
      </w:pPr>
      <w:r w:rsidRPr="00F94056">
        <w:rPr>
          <w:rFonts w:ascii="Times New Roman" w:eastAsia="Times New Roman" w:hAnsi="Times New Roman" w:cs="Times New Roman"/>
          <w:sz w:val="24"/>
          <w:szCs w:val="24"/>
          <w:lang w:val="ro-RO" w:eastAsia="ro-RO"/>
        </w:rPr>
        <w:t>Prin realizarea acestor investiții se urmăresc următoarele obiective:</w:t>
      </w:r>
    </w:p>
    <w:p w14:paraId="14E9850C" w14:textId="30B4FEE8" w:rsidR="00F94056" w:rsidRPr="00F94056" w:rsidRDefault="00F94056" w:rsidP="00F94056">
      <w:pPr>
        <w:pStyle w:val="ae"/>
        <w:numPr>
          <w:ilvl w:val="0"/>
          <w:numId w:val="12"/>
        </w:numPr>
        <w:spacing w:before="100" w:beforeAutospacing="1" w:after="100" w:afterAutospacing="1" w:line="240" w:lineRule="auto"/>
        <w:jc w:val="both"/>
        <w:rPr>
          <w:rFonts w:ascii="Times New Roman" w:eastAsia="Times New Roman" w:hAnsi="Times New Roman" w:cs="Times New Roman"/>
          <w:sz w:val="24"/>
          <w:szCs w:val="24"/>
          <w:lang w:val="ro-RO" w:eastAsia="ro-RO"/>
        </w:rPr>
      </w:pPr>
      <w:r w:rsidRPr="00F94056">
        <w:rPr>
          <w:rFonts w:ascii="Times New Roman" w:eastAsia="Times New Roman" w:hAnsi="Times New Roman" w:cs="Times New Roman"/>
          <w:sz w:val="24"/>
          <w:szCs w:val="24"/>
          <w:lang w:val="ro-RO" w:eastAsia="ro-RO"/>
        </w:rPr>
        <w:t>amenajarea infrastructurii necesare instalării monumentelor în condiții de siguranță și stabilitate;</w:t>
      </w:r>
    </w:p>
    <w:p w14:paraId="5DA1DC73" w14:textId="3342737E" w:rsidR="00F94056" w:rsidRPr="00F94056" w:rsidRDefault="00F94056" w:rsidP="00F94056">
      <w:pPr>
        <w:pStyle w:val="ae"/>
        <w:numPr>
          <w:ilvl w:val="0"/>
          <w:numId w:val="12"/>
        </w:numPr>
        <w:spacing w:before="100" w:beforeAutospacing="1" w:after="100" w:afterAutospacing="1" w:line="240" w:lineRule="auto"/>
        <w:jc w:val="both"/>
        <w:rPr>
          <w:rFonts w:ascii="Times New Roman" w:eastAsia="Times New Roman" w:hAnsi="Times New Roman" w:cs="Times New Roman"/>
          <w:sz w:val="24"/>
          <w:szCs w:val="24"/>
          <w:lang w:val="ro-RO" w:eastAsia="ro-RO"/>
        </w:rPr>
      </w:pPr>
      <w:r w:rsidRPr="00F94056">
        <w:rPr>
          <w:rFonts w:ascii="Times New Roman" w:eastAsia="Times New Roman" w:hAnsi="Times New Roman" w:cs="Times New Roman"/>
          <w:sz w:val="24"/>
          <w:szCs w:val="24"/>
          <w:lang w:val="ro-RO" w:eastAsia="ro-RO"/>
        </w:rPr>
        <w:t>integrarea armonioasă a monumentelor în peisajul urban și în cadrul arhitectural existent;</w:t>
      </w:r>
    </w:p>
    <w:p w14:paraId="2592FF5F" w14:textId="1AD6E9BF" w:rsidR="00F94056" w:rsidRPr="00F94056" w:rsidRDefault="00F94056" w:rsidP="00F94056">
      <w:pPr>
        <w:pStyle w:val="ae"/>
        <w:numPr>
          <w:ilvl w:val="0"/>
          <w:numId w:val="12"/>
        </w:numPr>
        <w:spacing w:before="100" w:beforeAutospacing="1" w:after="100" w:afterAutospacing="1" w:line="240" w:lineRule="auto"/>
        <w:jc w:val="both"/>
        <w:rPr>
          <w:rFonts w:ascii="Times New Roman" w:eastAsia="Times New Roman" w:hAnsi="Times New Roman" w:cs="Times New Roman"/>
          <w:sz w:val="24"/>
          <w:szCs w:val="24"/>
          <w:lang w:val="ro-RO" w:eastAsia="ro-RO"/>
        </w:rPr>
      </w:pPr>
      <w:r w:rsidRPr="00F94056">
        <w:rPr>
          <w:rFonts w:ascii="Times New Roman" w:eastAsia="Times New Roman" w:hAnsi="Times New Roman" w:cs="Times New Roman"/>
          <w:sz w:val="24"/>
          <w:szCs w:val="24"/>
          <w:lang w:val="ro-RO" w:eastAsia="ro-RO"/>
        </w:rPr>
        <w:t>creșterea atractivității turistice și culturale a municipiului Soroca;</w:t>
      </w:r>
    </w:p>
    <w:p w14:paraId="135B9FF4" w14:textId="597194F3" w:rsidR="00F94056" w:rsidRPr="00F94056" w:rsidRDefault="00F94056" w:rsidP="00F94056">
      <w:pPr>
        <w:pStyle w:val="ae"/>
        <w:numPr>
          <w:ilvl w:val="0"/>
          <w:numId w:val="12"/>
        </w:numPr>
        <w:spacing w:before="100" w:beforeAutospacing="1" w:after="100" w:afterAutospacing="1" w:line="240" w:lineRule="auto"/>
        <w:jc w:val="both"/>
        <w:rPr>
          <w:rFonts w:ascii="Times New Roman" w:eastAsia="Times New Roman" w:hAnsi="Times New Roman" w:cs="Times New Roman"/>
          <w:sz w:val="24"/>
          <w:szCs w:val="24"/>
          <w:lang w:val="ro-RO" w:eastAsia="ro-RO"/>
        </w:rPr>
      </w:pPr>
      <w:r w:rsidRPr="00F94056">
        <w:rPr>
          <w:rFonts w:ascii="Times New Roman" w:eastAsia="Times New Roman" w:hAnsi="Times New Roman" w:cs="Times New Roman"/>
          <w:sz w:val="24"/>
          <w:szCs w:val="24"/>
          <w:lang w:val="ro-RO" w:eastAsia="ro-RO"/>
        </w:rPr>
        <w:t>promovarea patrimoniului istoric, literar și cultural comun din spațiul transfrontalier România–Republica Moldova;</w:t>
      </w:r>
    </w:p>
    <w:p w14:paraId="3D140F36" w14:textId="7E479FC6" w:rsidR="00F94056" w:rsidRPr="00F94056" w:rsidRDefault="00F94056" w:rsidP="00F94056">
      <w:pPr>
        <w:pStyle w:val="ae"/>
        <w:numPr>
          <w:ilvl w:val="0"/>
          <w:numId w:val="12"/>
        </w:numPr>
        <w:spacing w:before="100" w:beforeAutospacing="1" w:after="100" w:afterAutospacing="1" w:line="240" w:lineRule="auto"/>
        <w:jc w:val="both"/>
        <w:rPr>
          <w:rFonts w:ascii="Times New Roman" w:eastAsia="Times New Roman" w:hAnsi="Times New Roman" w:cs="Times New Roman"/>
          <w:sz w:val="24"/>
          <w:szCs w:val="24"/>
          <w:lang w:val="ro-RO" w:eastAsia="ro-RO"/>
        </w:rPr>
      </w:pPr>
      <w:r w:rsidRPr="00F94056">
        <w:rPr>
          <w:rFonts w:ascii="Times New Roman" w:eastAsia="Times New Roman" w:hAnsi="Times New Roman" w:cs="Times New Roman"/>
          <w:sz w:val="24"/>
          <w:szCs w:val="24"/>
          <w:lang w:val="ro-RO" w:eastAsia="ro-RO"/>
        </w:rPr>
        <w:t>revitalizarea spațiilor publice prin intervenții de calitate, cu impact estetic și funcțional;</w:t>
      </w:r>
    </w:p>
    <w:p w14:paraId="45984D9A" w14:textId="779B0732" w:rsidR="00F94056" w:rsidRPr="00F94056" w:rsidRDefault="00F94056" w:rsidP="00F94056">
      <w:pPr>
        <w:pStyle w:val="ae"/>
        <w:numPr>
          <w:ilvl w:val="0"/>
          <w:numId w:val="12"/>
        </w:numPr>
        <w:spacing w:before="100" w:beforeAutospacing="1" w:after="100" w:afterAutospacing="1" w:line="240" w:lineRule="auto"/>
        <w:jc w:val="both"/>
        <w:rPr>
          <w:rFonts w:ascii="Times New Roman" w:eastAsia="Times New Roman" w:hAnsi="Times New Roman" w:cs="Times New Roman"/>
          <w:sz w:val="24"/>
          <w:szCs w:val="24"/>
          <w:lang w:val="ro-RO" w:eastAsia="ro-RO"/>
        </w:rPr>
      </w:pPr>
      <w:r w:rsidRPr="00F94056">
        <w:rPr>
          <w:rFonts w:ascii="Times New Roman" w:eastAsia="Times New Roman" w:hAnsi="Times New Roman" w:cs="Times New Roman"/>
          <w:sz w:val="24"/>
          <w:szCs w:val="24"/>
          <w:lang w:val="ro-RO" w:eastAsia="ro-RO"/>
        </w:rPr>
        <w:t>asigurarea unor lucrări executate în conformitate cu legislația Republicii Moldova, normele tehnice în vigoare și cerințele Programului Interreg NEXT România–Republica Moldova 2021–2027;</w:t>
      </w:r>
    </w:p>
    <w:p w14:paraId="7EE5F59E" w14:textId="3CB6EAA1" w:rsidR="00F94056" w:rsidRPr="00F94056" w:rsidRDefault="00F94056" w:rsidP="00F94056">
      <w:pPr>
        <w:pStyle w:val="ae"/>
        <w:numPr>
          <w:ilvl w:val="0"/>
          <w:numId w:val="12"/>
        </w:numPr>
        <w:spacing w:before="100" w:beforeAutospacing="1" w:after="100" w:afterAutospacing="1" w:line="240" w:lineRule="auto"/>
        <w:jc w:val="both"/>
        <w:rPr>
          <w:rFonts w:ascii="Times New Roman" w:eastAsia="Times New Roman" w:hAnsi="Times New Roman" w:cs="Times New Roman"/>
          <w:sz w:val="24"/>
          <w:szCs w:val="24"/>
          <w:lang w:val="ro-RO" w:eastAsia="ro-RO"/>
        </w:rPr>
      </w:pPr>
      <w:r w:rsidRPr="00F94056">
        <w:rPr>
          <w:rFonts w:ascii="Times New Roman" w:eastAsia="Times New Roman" w:hAnsi="Times New Roman" w:cs="Times New Roman"/>
          <w:sz w:val="24"/>
          <w:szCs w:val="24"/>
          <w:lang w:val="ro-RO" w:eastAsia="ro-RO"/>
        </w:rPr>
        <w:t>utilizarea unor materiale și soluții constructive care să asigure rezistența în timp, costuri reduse de întreținere și protecția mediului.</w:t>
      </w:r>
    </w:p>
    <w:p w14:paraId="570CA515" w14:textId="77777777" w:rsidR="00F94056" w:rsidRPr="00F94056" w:rsidRDefault="00F94056" w:rsidP="00F94056">
      <w:pPr>
        <w:spacing w:before="100" w:beforeAutospacing="1" w:after="100" w:afterAutospacing="1" w:line="240" w:lineRule="auto"/>
        <w:jc w:val="both"/>
        <w:rPr>
          <w:rFonts w:ascii="Times New Roman" w:eastAsia="Times New Roman" w:hAnsi="Times New Roman" w:cs="Times New Roman"/>
          <w:sz w:val="24"/>
          <w:szCs w:val="24"/>
          <w:lang w:val="ro-RO" w:eastAsia="ro-RO"/>
        </w:rPr>
      </w:pPr>
      <w:r w:rsidRPr="00F94056">
        <w:rPr>
          <w:rFonts w:ascii="Times New Roman" w:eastAsia="Times New Roman" w:hAnsi="Times New Roman" w:cs="Times New Roman"/>
          <w:sz w:val="24"/>
          <w:szCs w:val="24"/>
          <w:lang w:val="ro-RO" w:eastAsia="ro-RO"/>
        </w:rPr>
        <w:t>Lucrările vor fi executate astfel încât să nu afecteze funcționarea normală a spațiilor publice mai mult decât este necesar, executantul fiind responsabil de organizarea șantierului, protecția elementelor existente, respectarea normelor privind securitatea și sănătatea în muncă, protecția mediului și refacerea zonelor afectate de lucrări.</w:t>
      </w:r>
    </w:p>
    <w:p w14:paraId="51B9157A" w14:textId="77777777" w:rsidR="00E52527" w:rsidRPr="00D94CA7" w:rsidRDefault="007A2395">
      <w:pPr>
        <w:pStyle w:val="1"/>
        <w:rPr>
          <w:rFonts w:ascii="Times New Roman" w:hAnsi="Times New Roman" w:cs="Times New Roman"/>
          <w:sz w:val="24"/>
          <w:szCs w:val="24"/>
          <w:lang w:val="ro-RO"/>
        </w:rPr>
      </w:pPr>
      <w:r w:rsidRPr="00D94CA7">
        <w:rPr>
          <w:rFonts w:ascii="Times New Roman" w:hAnsi="Times New Roman" w:cs="Times New Roman"/>
          <w:sz w:val="24"/>
          <w:szCs w:val="24"/>
          <w:lang w:val="ro-RO"/>
        </w:rPr>
        <w:t>2. Contextul proiectului și necesitatea investiției</w:t>
      </w:r>
    </w:p>
    <w:p w14:paraId="4479C3FC" w14:textId="453FB1A7" w:rsidR="00E52527" w:rsidRPr="00D94CA7" w:rsidRDefault="007A2395" w:rsidP="00FC7D63">
      <w:pPr>
        <w:spacing w:after="120"/>
        <w:jc w:val="both"/>
        <w:rPr>
          <w:rFonts w:ascii="Times New Roman" w:hAnsi="Times New Roman" w:cs="Times New Roman"/>
          <w:sz w:val="24"/>
          <w:szCs w:val="24"/>
          <w:lang w:val="ro-RO"/>
        </w:rPr>
      </w:pPr>
      <w:r w:rsidRPr="00D94CA7">
        <w:rPr>
          <w:rFonts w:ascii="Times New Roman" w:hAnsi="Times New Roman" w:cs="Times New Roman"/>
          <w:sz w:val="24"/>
          <w:szCs w:val="24"/>
          <w:lang w:val="ro-RO"/>
        </w:rPr>
        <w:t xml:space="preserve">Municipiul Soroca implementează, în calitate de partener în proiectul CRAFT, un pachet de intervenții în zona centrală a orașului, orientat spre îmbunătățirea calității spațiului public și valorificarea funcțiunilor culturale, turistice și comunitare ale acestuia. </w:t>
      </w:r>
    </w:p>
    <w:p w14:paraId="1CA7BD44" w14:textId="77777777" w:rsidR="005D45C4" w:rsidRPr="005D45C4" w:rsidRDefault="005D45C4" w:rsidP="005D45C4">
      <w:pPr>
        <w:spacing w:before="100" w:beforeAutospacing="1" w:after="100" w:afterAutospacing="1" w:line="240" w:lineRule="auto"/>
        <w:jc w:val="both"/>
        <w:rPr>
          <w:rFonts w:ascii="Times New Roman" w:eastAsia="Times New Roman" w:hAnsi="Times New Roman" w:cs="Times New Roman"/>
          <w:sz w:val="24"/>
          <w:szCs w:val="24"/>
          <w:lang w:val="ro-RO" w:eastAsia="ro-RO"/>
        </w:rPr>
      </w:pPr>
      <w:r w:rsidRPr="005D45C4">
        <w:rPr>
          <w:rFonts w:ascii="Times New Roman" w:eastAsia="Times New Roman" w:hAnsi="Times New Roman" w:cs="Times New Roman"/>
          <w:sz w:val="24"/>
          <w:szCs w:val="24"/>
          <w:lang w:val="ro-RO" w:eastAsia="ro-RO"/>
        </w:rPr>
        <w:t xml:space="preserve">Realizarea lucrărilor de infrastructură privind edificarea monumentelor de for public este necesară pentru implementarea activităților asumate de Primăria municipiului Soroca în cadrul proiectului </w:t>
      </w:r>
      <w:r w:rsidRPr="005D45C4">
        <w:rPr>
          <w:rFonts w:ascii="Times New Roman" w:eastAsia="Times New Roman" w:hAnsi="Times New Roman" w:cs="Times New Roman"/>
          <w:b/>
          <w:bCs/>
          <w:sz w:val="24"/>
          <w:szCs w:val="24"/>
          <w:lang w:val="ro-RO" w:eastAsia="ro-RO"/>
        </w:rPr>
        <w:t>CRAFT – Cross-border Revival and Advancement of Future Traditions</w:t>
      </w:r>
      <w:r w:rsidRPr="005D45C4">
        <w:rPr>
          <w:rFonts w:ascii="Times New Roman" w:eastAsia="Times New Roman" w:hAnsi="Times New Roman" w:cs="Times New Roman"/>
          <w:sz w:val="24"/>
          <w:szCs w:val="24"/>
          <w:lang w:val="ro-RO" w:eastAsia="ro-RO"/>
        </w:rPr>
        <w:t xml:space="preserve">, finanțat prin Programul </w:t>
      </w:r>
      <w:r w:rsidRPr="005D45C4">
        <w:rPr>
          <w:rFonts w:ascii="Times New Roman" w:eastAsia="Times New Roman" w:hAnsi="Times New Roman" w:cs="Times New Roman"/>
          <w:b/>
          <w:bCs/>
          <w:sz w:val="24"/>
          <w:szCs w:val="24"/>
          <w:lang w:val="ro-RO" w:eastAsia="ro-RO"/>
        </w:rPr>
        <w:t>Interreg NEXT România–Republica Moldova 2021–2027</w:t>
      </w:r>
      <w:r w:rsidRPr="005D45C4">
        <w:rPr>
          <w:rFonts w:ascii="Times New Roman" w:eastAsia="Times New Roman" w:hAnsi="Times New Roman" w:cs="Times New Roman"/>
          <w:sz w:val="24"/>
          <w:szCs w:val="24"/>
          <w:lang w:val="ro-RO" w:eastAsia="ro-RO"/>
        </w:rPr>
        <w:t>.</w:t>
      </w:r>
    </w:p>
    <w:p w14:paraId="6A14980B" w14:textId="77777777" w:rsidR="005D45C4" w:rsidRPr="005D45C4" w:rsidRDefault="005D45C4" w:rsidP="005D45C4">
      <w:pPr>
        <w:spacing w:before="100" w:beforeAutospacing="1" w:after="100" w:afterAutospacing="1" w:line="240" w:lineRule="auto"/>
        <w:jc w:val="both"/>
        <w:rPr>
          <w:rFonts w:ascii="Times New Roman" w:eastAsia="Times New Roman" w:hAnsi="Times New Roman" w:cs="Times New Roman"/>
          <w:sz w:val="24"/>
          <w:szCs w:val="24"/>
          <w:lang w:val="ro-RO" w:eastAsia="ro-RO"/>
        </w:rPr>
      </w:pPr>
      <w:r w:rsidRPr="005D45C4">
        <w:rPr>
          <w:rFonts w:ascii="Times New Roman" w:eastAsia="Times New Roman" w:hAnsi="Times New Roman" w:cs="Times New Roman"/>
          <w:sz w:val="24"/>
          <w:szCs w:val="24"/>
          <w:lang w:val="ro-RO" w:eastAsia="ro-RO"/>
        </w:rPr>
        <w:t xml:space="preserve">Investiția are drept scop amenajarea infrastructurii necesare amplasării și valorificării a trei monumente de for public dedicate personalităților marcante </w:t>
      </w:r>
      <w:r w:rsidRPr="005D45C4">
        <w:rPr>
          <w:rFonts w:ascii="Times New Roman" w:eastAsia="Times New Roman" w:hAnsi="Times New Roman" w:cs="Times New Roman"/>
          <w:b/>
          <w:bCs/>
          <w:sz w:val="24"/>
          <w:szCs w:val="24"/>
          <w:lang w:val="ro-RO" w:eastAsia="ro-RO"/>
        </w:rPr>
        <w:t>Nicolae Bulat</w:t>
      </w:r>
      <w:r w:rsidRPr="005D45C4">
        <w:rPr>
          <w:rFonts w:ascii="Times New Roman" w:eastAsia="Times New Roman" w:hAnsi="Times New Roman" w:cs="Times New Roman"/>
          <w:sz w:val="24"/>
          <w:szCs w:val="24"/>
          <w:lang w:val="ro-RO" w:eastAsia="ro-RO"/>
        </w:rPr>
        <w:t xml:space="preserve">, </w:t>
      </w:r>
      <w:r w:rsidRPr="005D45C4">
        <w:rPr>
          <w:rFonts w:ascii="Times New Roman" w:eastAsia="Times New Roman" w:hAnsi="Times New Roman" w:cs="Times New Roman"/>
          <w:b/>
          <w:bCs/>
          <w:sz w:val="24"/>
          <w:szCs w:val="24"/>
          <w:lang w:val="ro-RO" w:eastAsia="ro-RO"/>
        </w:rPr>
        <w:t>Ion Druță</w:t>
      </w:r>
      <w:r w:rsidRPr="005D45C4">
        <w:rPr>
          <w:rFonts w:ascii="Times New Roman" w:eastAsia="Times New Roman" w:hAnsi="Times New Roman" w:cs="Times New Roman"/>
          <w:sz w:val="24"/>
          <w:szCs w:val="24"/>
          <w:lang w:val="ro-RO" w:eastAsia="ro-RO"/>
        </w:rPr>
        <w:t xml:space="preserve"> și </w:t>
      </w:r>
      <w:r w:rsidRPr="005D45C4">
        <w:rPr>
          <w:rFonts w:ascii="Times New Roman" w:eastAsia="Times New Roman" w:hAnsi="Times New Roman" w:cs="Times New Roman"/>
          <w:b/>
          <w:bCs/>
          <w:sz w:val="24"/>
          <w:szCs w:val="24"/>
          <w:lang w:val="ro-RO" w:eastAsia="ro-RO"/>
        </w:rPr>
        <w:t xml:space="preserve">Grigore </w:t>
      </w:r>
      <w:r w:rsidRPr="005D45C4">
        <w:rPr>
          <w:rFonts w:ascii="Times New Roman" w:eastAsia="Times New Roman" w:hAnsi="Times New Roman" w:cs="Times New Roman"/>
          <w:b/>
          <w:bCs/>
          <w:sz w:val="24"/>
          <w:szCs w:val="24"/>
          <w:lang w:val="ro-RO" w:eastAsia="ro-RO"/>
        </w:rPr>
        <w:lastRenderedPageBreak/>
        <w:t>Vieru</w:t>
      </w:r>
      <w:r w:rsidRPr="005D45C4">
        <w:rPr>
          <w:rFonts w:ascii="Times New Roman" w:eastAsia="Times New Roman" w:hAnsi="Times New Roman" w:cs="Times New Roman"/>
          <w:sz w:val="24"/>
          <w:szCs w:val="24"/>
          <w:lang w:val="ro-RO" w:eastAsia="ro-RO"/>
        </w:rPr>
        <w:t>, contribuind la conservarea și promovarea patrimoniului cultural, istoric și literar al municipiului Soroca și al spațiului cultural comun România–Republica Moldova.</w:t>
      </w:r>
    </w:p>
    <w:p w14:paraId="3319BCA2" w14:textId="77777777" w:rsidR="005D45C4" w:rsidRPr="005D45C4" w:rsidRDefault="005D45C4" w:rsidP="005D45C4">
      <w:pPr>
        <w:spacing w:before="100" w:beforeAutospacing="1" w:after="100" w:afterAutospacing="1" w:line="240" w:lineRule="auto"/>
        <w:jc w:val="both"/>
        <w:rPr>
          <w:rFonts w:ascii="Times New Roman" w:eastAsia="Times New Roman" w:hAnsi="Times New Roman" w:cs="Times New Roman"/>
          <w:sz w:val="24"/>
          <w:szCs w:val="24"/>
          <w:lang w:val="ro-RO" w:eastAsia="ro-RO"/>
        </w:rPr>
      </w:pPr>
      <w:r w:rsidRPr="005D45C4">
        <w:rPr>
          <w:rFonts w:ascii="Times New Roman" w:eastAsia="Times New Roman" w:hAnsi="Times New Roman" w:cs="Times New Roman"/>
          <w:sz w:val="24"/>
          <w:szCs w:val="24"/>
          <w:lang w:val="ro-RO" w:eastAsia="ro-RO"/>
        </w:rPr>
        <w:t>Necesitatea executării acestor lucrări este determinată de următoarele considerente:</w:t>
      </w:r>
    </w:p>
    <w:p w14:paraId="7D665622" w14:textId="03E69D4D" w:rsidR="005D45C4" w:rsidRPr="005D45C4" w:rsidRDefault="005D45C4" w:rsidP="005D45C4">
      <w:pPr>
        <w:pStyle w:val="ae"/>
        <w:numPr>
          <w:ilvl w:val="0"/>
          <w:numId w:val="12"/>
        </w:numPr>
        <w:spacing w:before="100" w:beforeAutospacing="1" w:after="100" w:afterAutospacing="1" w:line="240" w:lineRule="auto"/>
        <w:jc w:val="both"/>
        <w:rPr>
          <w:rFonts w:ascii="Times New Roman" w:eastAsia="Times New Roman" w:hAnsi="Times New Roman" w:cs="Times New Roman"/>
          <w:sz w:val="24"/>
          <w:szCs w:val="24"/>
          <w:lang w:val="ro-RO" w:eastAsia="ro-RO"/>
        </w:rPr>
      </w:pPr>
      <w:r w:rsidRPr="005D45C4">
        <w:rPr>
          <w:rFonts w:ascii="Times New Roman" w:eastAsia="Times New Roman" w:hAnsi="Times New Roman" w:cs="Times New Roman"/>
          <w:sz w:val="24"/>
          <w:szCs w:val="24"/>
          <w:lang w:val="ro-RO" w:eastAsia="ro-RO"/>
        </w:rPr>
        <w:t>implementarea obligațiilor asumate prin contractul de finanțare aferent proiectului CRAFT;</w:t>
      </w:r>
    </w:p>
    <w:p w14:paraId="5A035AE6" w14:textId="233F5B73" w:rsidR="005D45C4" w:rsidRPr="005D45C4" w:rsidRDefault="005D45C4" w:rsidP="005D45C4">
      <w:pPr>
        <w:pStyle w:val="ae"/>
        <w:numPr>
          <w:ilvl w:val="0"/>
          <w:numId w:val="12"/>
        </w:numPr>
        <w:spacing w:before="100" w:beforeAutospacing="1" w:after="100" w:afterAutospacing="1" w:line="240" w:lineRule="auto"/>
        <w:jc w:val="both"/>
        <w:rPr>
          <w:rFonts w:ascii="Times New Roman" w:eastAsia="Times New Roman" w:hAnsi="Times New Roman" w:cs="Times New Roman"/>
          <w:sz w:val="24"/>
          <w:szCs w:val="24"/>
          <w:lang w:val="ro-RO" w:eastAsia="ro-RO"/>
        </w:rPr>
      </w:pPr>
      <w:r w:rsidRPr="005D45C4">
        <w:rPr>
          <w:rFonts w:ascii="Times New Roman" w:eastAsia="Times New Roman" w:hAnsi="Times New Roman" w:cs="Times New Roman"/>
          <w:sz w:val="24"/>
          <w:szCs w:val="24"/>
          <w:lang w:val="ro-RO" w:eastAsia="ro-RO"/>
        </w:rPr>
        <w:t>amenajarea unor spații publice reprezentative și crearea condițiilor tehnice pentru amplasarea în siguranță a monumentelor de for public;</w:t>
      </w:r>
    </w:p>
    <w:p w14:paraId="4DC30FD5" w14:textId="4B8FC156" w:rsidR="005D45C4" w:rsidRPr="005D45C4" w:rsidRDefault="005D45C4" w:rsidP="005D45C4">
      <w:pPr>
        <w:pStyle w:val="ae"/>
        <w:numPr>
          <w:ilvl w:val="0"/>
          <w:numId w:val="12"/>
        </w:numPr>
        <w:spacing w:before="100" w:beforeAutospacing="1" w:after="100" w:afterAutospacing="1" w:line="240" w:lineRule="auto"/>
        <w:jc w:val="both"/>
        <w:rPr>
          <w:rFonts w:ascii="Times New Roman" w:eastAsia="Times New Roman" w:hAnsi="Times New Roman" w:cs="Times New Roman"/>
          <w:sz w:val="24"/>
          <w:szCs w:val="24"/>
          <w:lang w:val="ro-RO" w:eastAsia="ro-RO"/>
        </w:rPr>
      </w:pPr>
      <w:r w:rsidRPr="005D45C4">
        <w:rPr>
          <w:rFonts w:ascii="Times New Roman" w:eastAsia="Times New Roman" w:hAnsi="Times New Roman" w:cs="Times New Roman"/>
          <w:sz w:val="24"/>
          <w:szCs w:val="24"/>
          <w:lang w:val="ro-RO" w:eastAsia="ro-RO"/>
        </w:rPr>
        <w:t>îmbunătățirea aspectului urbanistic și peisagistic al municipiului Soroca prin intervenții de calitate în zone cu valoare culturală și turistică;</w:t>
      </w:r>
    </w:p>
    <w:p w14:paraId="4F4335E5" w14:textId="5055DE98" w:rsidR="005D45C4" w:rsidRPr="005D45C4" w:rsidRDefault="005D45C4" w:rsidP="005D45C4">
      <w:pPr>
        <w:pStyle w:val="ae"/>
        <w:numPr>
          <w:ilvl w:val="0"/>
          <w:numId w:val="12"/>
        </w:numPr>
        <w:spacing w:before="100" w:beforeAutospacing="1" w:after="100" w:afterAutospacing="1" w:line="240" w:lineRule="auto"/>
        <w:jc w:val="both"/>
        <w:rPr>
          <w:rFonts w:ascii="Times New Roman" w:eastAsia="Times New Roman" w:hAnsi="Times New Roman" w:cs="Times New Roman"/>
          <w:sz w:val="24"/>
          <w:szCs w:val="24"/>
          <w:lang w:val="ro-RO" w:eastAsia="ro-RO"/>
        </w:rPr>
      </w:pPr>
      <w:r w:rsidRPr="005D45C4">
        <w:rPr>
          <w:rFonts w:ascii="Times New Roman" w:eastAsia="Times New Roman" w:hAnsi="Times New Roman" w:cs="Times New Roman"/>
          <w:sz w:val="24"/>
          <w:szCs w:val="24"/>
          <w:lang w:val="ro-RO" w:eastAsia="ro-RO"/>
        </w:rPr>
        <w:t>valorificarea patrimoniului cultural local și promovarea personalităților care au contribuit semnificativ la dezvoltarea culturii și identității naționale;</w:t>
      </w:r>
    </w:p>
    <w:p w14:paraId="60777206" w14:textId="6915F0A0" w:rsidR="005D45C4" w:rsidRPr="005D45C4" w:rsidRDefault="005D45C4" w:rsidP="005D45C4">
      <w:pPr>
        <w:pStyle w:val="ae"/>
        <w:numPr>
          <w:ilvl w:val="0"/>
          <w:numId w:val="12"/>
        </w:numPr>
        <w:spacing w:before="100" w:beforeAutospacing="1" w:after="100" w:afterAutospacing="1" w:line="240" w:lineRule="auto"/>
        <w:jc w:val="both"/>
        <w:rPr>
          <w:rFonts w:ascii="Times New Roman" w:eastAsia="Times New Roman" w:hAnsi="Times New Roman" w:cs="Times New Roman"/>
          <w:sz w:val="24"/>
          <w:szCs w:val="24"/>
          <w:lang w:val="ro-RO" w:eastAsia="ro-RO"/>
        </w:rPr>
      </w:pPr>
      <w:r w:rsidRPr="005D45C4">
        <w:rPr>
          <w:rFonts w:ascii="Times New Roman" w:eastAsia="Times New Roman" w:hAnsi="Times New Roman" w:cs="Times New Roman"/>
          <w:sz w:val="24"/>
          <w:szCs w:val="24"/>
          <w:lang w:val="ro-RO" w:eastAsia="ro-RO"/>
        </w:rPr>
        <w:t>dezvoltarea infrastructurii culturale și turistice a municipiului, în concordanță cu obiectivele strategice de dezvoltare locală și regională;</w:t>
      </w:r>
    </w:p>
    <w:p w14:paraId="615E363B" w14:textId="1C2E0CF4" w:rsidR="005D45C4" w:rsidRPr="005D45C4" w:rsidRDefault="005D45C4" w:rsidP="005D45C4">
      <w:pPr>
        <w:pStyle w:val="ae"/>
        <w:numPr>
          <w:ilvl w:val="0"/>
          <w:numId w:val="12"/>
        </w:numPr>
        <w:spacing w:before="100" w:beforeAutospacing="1" w:after="100" w:afterAutospacing="1" w:line="240" w:lineRule="auto"/>
        <w:jc w:val="both"/>
        <w:rPr>
          <w:rFonts w:ascii="Times New Roman" w:eastAsia="Times New Roman" w:hAnsi="Times New Roman" w:cs="Times New Roman"/>
          <w:sz w:val="24"/>
          <w:szCs w:val="24"/>
          <w:lang w:val="ro-RO" w:eastAsia="ro-RO"/>
        </w:rPr>
      </w:pPr>
      <w:r w:rsidRPr="005D45C4">
        <w:rPr>
          <w:rFonts w:ascii="Times New Roman" w:eastAsia="Times New Roman" w:hAnsi="Times New Roman" w:cs="Times New Roman"/>
          <w:sz w:val="24"/>
          <w:szCs w:val="24"/>
          <w:lang w:val="ro-RO" w:eastAsia="ro-RO"/>
        </w:rPr>
        <w:t>sporirea atractivității turistice a municipiului Soroca prin crearea unor noi puncte de interes cultural și istoric;</w:t>
      </w:r>
    </w:p>
    <w:p w14:paraId="76535E68" w14:textId="4E447F1F" w:rsidR="005D45C4" w:rsidRPr="005D45C4" w:rsidRDefault="005D45C4" w:rsidP="005D45C4">
      <w:pPr>
        <w:pStyle w:val="ae"/>
        <w:numPr>
          <w:ilvl w:val="0"/>
          <w:numId w:val="12"/>
        </w:numPr>
        <w:spacing w:before="100" w:beforeAutospacing="1" w:after="100" w:afterAutospacing="1" w:line="240" w:lineRule="auto"/>
        <w:jc w:val="both"/>
        <w:rPr>
          <w:rFonts w:ascii="Times New Roman" w:eastAsia="Times New Roman" w:hAnsi="Times New Roman" w:cs="Times New Roman"/>
          <w:sz w:val="24"/>
          <w:szCs w:val="24"/>
          <w:lang w:val="ro-RO" w:eastAsia="ro-RO"/>
        </w:rPr>
      </w:pPr>
      <w:r w:rsidRPr="005D45C4">
        <w:rPr>
          <w:rFonts w:ascii="Times New Roman" w:eastAsia="Times New Roman" w:hAnsi="Times New Roman" w:cs="Times New Roman"/>
          <w:sz w:val="24"/>
          <w:szCs w:val="24"/>
          <w:lang w:val="ro-RO" w:eastAsia="ro-RO"/>
        </w:rPr>
        <w:t>asigurarea unor condiții de durabilitate, siguranță și funcționalitate pentru monumentele de for public, prin executarea unor fundații și lucrări de infrastructură conforme cu normele tehnice în vigoare.</w:t>
      </w:r>
    </w:p>
    <w:p w14:paraId="7759A7FA" w14:textId="77777777" w:rsidR="005D45C4" w:rsidRPr="005D45C4" w:rsidRDefault="005D45C4" w:rsidP="005D45C4">
      <w:pPr>
        <w:spacing w:before="100" w:beforeAutospacing="1" w:after="100" w:afterAutospacing="1" w:line="240" w:lineRule="auto"/>
        <w:jc w:val="both"/>
        <w:rPr>
          <w:rFonts w:ascii="Times New Roman" w:eastAsia="Times New Roman" w:hAnsi="Times New Roman" w:cs="Times New Roman"/>
          <w:sz w:val="24"/>
          <w:szCs w:val="24"/>
          <w:lang w:val="ro-RO" w:eastAsia="ro-RO"/>
        </w:rPr>
      </w:pPr>
      <w:r w:rsidRPr="005D45C4">
        <w:rPr>
          <w:rFonts w:ascii="Times New Roman" w:eastAsia="Times New Roman" w:hAnsi="Times New Roman" w:cs="Times New Roman"/>
          <w:sz w:val="24"/>
          <w:szCs w:val="24"/>
          <w:lang w:val="ro-RO" w:eastAsia="ro-RO"/>
        </w:rPr>
        <w:t>Lucrările sunt necesare pentru realizarea unor fundații și platforme corespunzătoare, a elementelor de infrastructură și a amenajărilor aferente fiecărui amplasament, astfel încât monumentele să fie integrate armonios în spațiul public și să beneficieze de stabilitate structurală, accesibilitate și condiții corespunzătoare de exploatare pe termen lung.</w:t>
      </w:r>
    </w:p>
    <w:p w14:paraId="458E06C0" w14:textId="77777777" w:rsidR="005D45C4" w:rsidRPr="005D45C4" w:rsidRDefault="005D45C4" w:rsidP="005D45C4">
      <w:pPr>
        <w:spacing w:before="100" w:beforeAutospacing="1" w:after="100" w:afterAutospacing="1" w:line="240" w:lineRule="auto"/>
        <w:jc w:val="both"/>
        <w:rPr>
          <w:rFonts w:ascii="Times New Roman" w:eastAsia="Times New Roman" w:hAnsi="Times New Roman" w:cs="Times New Roman"/>
          <w:sz w:val="24"/>
          <w:szCs w:val="24"/>
          <w:lang w:val="ro-RO" w:eastAsia="ro-RO"/>
        </w:rPr>
      </w:pPr>
      <w:r w:rsidRPr="005D45C4">
        <w:rPr>
          <w:rFonts w:ascii="Times New Roman" w:eastAsia="Times New Roman" w:hAnsi="Times New Roman" w:cs="Times New Roman"/>
          <w:sz w:val="24"/>
          <w:szCs w:val="24"/>
          <w:lang w:val="ro-RO" w:eastAsia="ro-RO"/>
        </w:rPr>
        <w:t>Prin implementarea acestor lucrări, Primăria municipiului Soroca urmărește crearea unor spații publice cu valoare culturală și educațională, care să contribuie la consolidarea identității locale, la promovarea dialogului cultural transfrontalier și la dezvoltarea durabilă a comunității.</w:t>
      </w:r>
    </w:p>
    <w:p w14:paraId="0C7BFE7D" w14:textId="30103F03" w:rsidR="00090ADA" w:rsidRPr="00D94CA7" w:rsidRDefault="007A2395" w:rsidP="005D45C4">
      <w:pPr>
        <w:spacing w:after="120"/>
        <w:jc w:val="both"/>
        <w:rPr>
          <w:rFonts w:ascii="Times New Roman" w:hAnsi="Times New Roman" w:cs="Times New Roman"/>
          <w:sz w:val="24"/>
          <w:szCs w:val="24"/>
          <w:lang w:val="ro-RO"/>
        </w:rPr>
      </w:pPr>
      <w:r w:rsidRPr="00D94CA7">
        <w:rPr>
          <w:rFonts w:ascii="Times New Roman" w:hAnsi="Times New Roman" w:cs="Times New Roman"/>
          <w:sz w:val="24"/>
          <w:szCs w:val="24"/>
          <w:lang w:val="ro-RO"/>
        </w:rPr>
        <w:t>Proiectul este necesar și din perspectiva programului transfrontalier, deoarece contribuie la consolidarea rolului culturii și al turismului durabil în dezvoltarea economică locală. Pentru Soroca, investiția nu se rezumă la dotări punctuale, ci urmărește organizarea unei infrastructuri sociale și urbane care să susțină activități educative, recreative și de promovare a identității locale. În acest sens, proiectarea trebuie să asigure nu doar calitatea soluțiilor tehnice, ci și coerența de ansamblu între obiecte, trasee, materiale, iluminat, peisaj și modul de utilizare de zi cu zi.</w:t>
      </w:r>
    </w:p>
    <w:p w14:paraId="381885A2" w14:textId="65901D1E" w:rsidR="00E52527" w:rsidRPr="00D94CA7" w:rsidRDefault="007A2395">
      <w:pPr>
        <w:pStyle w:val="1"/>
        <w:rPr>
          <w:rFonts w:ascii="Times New Roman" w:hAnsi="Times New Roman" w:cs="Times New Roman"/>
          <w:sz w:val="24"/>
          <w:szCs w:val="24"/>
          <w:lang w:val="ro-RO"/>
        </w:rPr>
      </w:pPr>
      <w:r w:rsidRPr="00D94CA7">
        <w:rPr>
          <w:rFonts w:ascii="Times New Roman" w:hAnsi="Times New Roman" w:cs="Times New Roman"/>
          <w:sz w:val="24"/>
          <w:szCs w:val="24"/>
          <w:lang w:val="ro-RO"/>
        </w:rPr>
        <w:t>3. Descrierea proiectului și a provocărilor abordate</w:t>
      </w:r>
    </w:p>
    <w:p w14:paraId="1FCB633B" w14:textId="77777777" w:rsidR="00E52527" w:rsidRPr="00D94CA7" w:rsidRDefault="007A2395">
      <w:pPr>
        <w:pStyle w:val="21"/>
        <w:rPr>
          <w:rFonts w:ascii="Times New Roman" w:hAnsi="Times New Roman" w:cs="Times New Roman"/>
          <w:sz w:val="24"/>
          <w:szCs w:val="24"/>
          <w:lang w:val="ro-RO"/>
        </w:rPr>
      </w:pPr>
      <w:r w:rsidRPr="00D94CA7">
        <w:rPr>
          <w:rFonts w:ascii="Times New Roman" w:hAnsi="Times New Roman" w:cs="Times New Roman"/>
          <w:sz w:val="24"/>
          <w:szCs w:val="24"/>
          <w:lang w:val="ro-RO"/>
        </w:rPr>
        <w:t>3.1. Provocările teritoriale și funcționale abordate</w:t>
      </w:r>
    </w:p>
    <w:p w14:paraId="58AA9DEE" w14:textId="77777777" w:rsidR="00E52527" w:rsidRPr="00D94CA7" w:rsidRDefault="007A2395" w:rsidP="00FC7D63">
      <w:pPr>
        <w:spacing w:after="120"/>
        <w:jc w:val="both"/>
        <w:rPr>
          <w:rFonts w:ascii="Times New Roman" w:hAnsi="Times New Roman" w:cs="Times New Roman"/>
          <w:sz w:val="24"/>
          <w:szCs w:val="24"/>
          <w:lang w:val="ro-RO"/>
        </w:rPr>
      </w:pPr>
      <w:r w:rsidRPr="00D94CA7">
        <w:rPr>
          <w:rFonts w:ascii="Times New Roman" w:hAnsi="Times New Roman" w:cs="Times New Roman"/>
          <w:sz w:val="24"/>
          <w:szCs w:val="24"/>
          <w:lang w:val="ro-RO"/>
        </w:rPr>
        <w:t>În cazul municipiului Soroca, una dintre provocările majore este caracterul fragmentat al experienței urbane din zona centrală. Cetatea, parcurile și traseele de promenadă au valoare identitară ridicată, însă între ele lipsesc suficiente elemente de legătură, de orientare și de activare a spațiului public. Vizitatorul găsește obiective puternice, dar nu întotdeauna și infrastructura secundară care să îl facă să rămână mai mult, să înțeleagă mai bine locul sau să revină.</w:t>
      </w:r>
    </w:p>
    <w:p w14:paraId="2479A8F3" w14:textId="4265BA7D" w:rsidR="00E52527" w:rsidRDefault="007A2395" w:rsidP="00FC7D63">
      <w:pPr>
        <w:spacing w:after="120"/>
        <w:jc w:val="both"/>
        <w:rPr>
          <w:rFonts w:ascii="Times New Roman" w:hAnsi="Times New Roman" w:cs="Times New Roman"/>
          <w:sz w:val="24"/>
          <w:szCs w:val="24"/>
          <w:lang w:val="ro-RO"/>
        </w:rPr>
      </w:pPr>
      <w:r w:rsidRPr="00D94CA7">
        <w:rPr>
          <w:rFonts w:ascii="Times New Roman" w:hAnsi="Times New Roman" w:cs="Times New Roman"/>
          <w:sz w:val="24"/>
          <w:szCs w:val="24"/>
          <w:lang w:val="ro-RO"/>
        </w:rPr>
        <w:t xml:space="preserve">O a doua provocare este lipsa unei combinații echilibrate între funcțiunea culturală și cea de recreere. Zona centrală are nevoie de intervenții care să respecte caracterul istoric și simbolic al Sorocii, dar și să răspundă nevoilor concrete ale familiilor, copiilor, persoanelor în vârstă și ale persoanelor cu mobilitate redusă. Din acest motiv, proiectul combină intervenții de interpretare urbană și memorie </w:t>
      </w:r>
      <w:r w:rsidRPr="00D94CA7">
        <w:rPr>
          <w:rFonts w:ascii="Times New Roman" w:hAnsi="Times New Roman" w:cs="Times New Roman"/>
          <w:sz w:val="24"/>
          <w:szCs w:val="24"/>
          <w:lang w:val="ro-RO"/>
        </w:rPr>
        <w:lastRenderedPageBreak/>
        <w:t>locală cu obiecte de utilitate imediată: havuzuri reabilitate, loc de joacă, mobilier urban și elemente de confort ambiental.</w:t>
      </w:r>
    </w:p>
    <w:p w14:paraId="0CD86F1A" w14:textId="0F466E20" w:rsidR="005D45C4" w:rsidRDefault="005D45C4" w:rsidP="005D45C4">
      <w:pPr>
        <w:spacing w:after="120"/>
        <w:jc w:val="both"/>
        <w:rPr>
          <w:rFonts w:ascii="Times New Roman" w:hAnsi="Times New Roman" w:cs="Times New Roman"/>
          <w:sz w:val="24"/>
          <w:szCs w:val="24"/>
          <w:lang w:val="ro-RO"/>
        </w:rPr>
      </w:pPr>
      <w:r w:rsidRPr="005D45C4">
        <w:rPr>
          <w:rFonts w:ascii="Times New Roman" w:hAnsi="Times New Roman" w:cs="Times New Roman"/>
          <w:sz w:val="24"/>
          <w:szCs w:val="24"/>
          <w:lang w:val="ro-RO"/>
        </w:rPr>
        <w:t>Totodată, investiția răspunde necesității de a crea un cadru urban coerent, în care patrimoniul material și memoria personalităților culturale să fie puse în valoare prin intervenții de calitate, contribuind la educația culturală a comunității și la promovarea valorilor comune ale regiunii transfrontaliere.</w:t>
      </w:r>
    </w:p>
    <w:p w14:paraId="2794EE25" w14:textId="48D2729C" w:rsidR="00E52527" w:rsidRPr="00D94CA7" w:rsidRDefault="005D45C4">
      <w:pPr>
        <w:pStyle w:val="1"/>
        <w:rPr>
          <w:rFonts w:ascii="Times New Roman" w:hAnsi="Times New Roman" w:cs="Times New Roman"/>
          <w:sz w:val="24"/>
          <w:szCs w:val="24"/>
          <w:lang w:val="ro-RO"/>
        </w:rPr>
      </w:pPr>
      <w:r>
        <w:rPr>
          <w:rFonts w:ascii="Times New Roman" w:hAnsi="Times New Roman" w:cs="Times New Roman"/>
          <w:sz w:val="24"/>
          <w:szCs w:val="24"/>
          <w:lang w:val="ro-RO"/>
        </w:rPr>
        <w:t>4</w:t>
      </w:r>
      <w:r w:rsidR="007A2395" w:rsidRPr="00D94CA7">
        <w:rPr>
          <w:rFonts w:ascii="Times New Roman" w:hAnsi="Times New Roman" w:cs="Times New Roman"/>
          <w:sz w:val="24"/>
          <w:szCs w:val="24"/>
          <w:lang w:val="ro-RO"/>
        </w:rPr>
        <w:t xml:space="preserve">. </w:t>
      </w:r>
      <w:r>
        <w:rPr>
          <w:rFonts w:ascii="Times New Roman" w:hAnsi="Times New Roman" w:cs="Times New Roman"/>
          <w:sz w:val="24"/>
          <w:szCs w:val="24"/>
          <w:lang w:val="ro-RO"/>
        </w:rPr>
        <w:t>Lucrările</w:t>
      </w:r>
      <w:r w:rsidR="007A2395" w:rsidRPr="00D94CA7">
        <w:rPr>
          <w:rFonts w:ascii="Times New Roman" w:hAnsi="Times New Roman" w:cs="Times New Roman"/>
          <w:sz w:val="24"/>
          <w:szCs w:val="24"/>
          <w:lang w:val="ro-RO"/>
        </w:rPr>
        <w:t xml:space="preserve"> </w:t>
      </w:r>
    </w:p>
    <w:p w14:paraId="1780B824" w14:textId="192BD892" w:rsidR="00E52527" w:rsidRDefault="005D45C4">
      <w:pPr>
        <w:pStyle w:val="21"/>
        <w:rPr>
          <w:rFonts w:ascii="Times New Roman" w:hAnsi="Times New Roman" w:cs="Times New Roman"/>
          <w:sz w:val="24"/>
          <w:szCs w:val="24"/>
          <w:lang w:val="ro-RO"/>
        </w:rPr>
      </w:pPr>
      <w:r>
        <w:rPr>
          <w:rFonts w:ascii="Times New Roman" w:hAnsi="Times New Roman" w:cs="Times New Roman"/>
          <w:sz w:val="24"/>
          <w:szCs w:val="24"/>
          <w:lang w:val="ro-RO"/>
        </w:rPr>
        <w:t>4</w:t>
      </w:r>
      <w:r w:rsidR="007A2395" w:rsidRPr="00D94CA7">
        <w:rPr>
          <w:rFonts w:ascii="Times New Roman" w:hAnsi="Times New Roman" w:cs="Times New Roman"/>
          <w:sz w:val="24"/>
          <w:szCs w:val="24"/>
          <w:lang w:val="ro-RO"/>
        </w:rPr>
        <w:t xml:space="preserve">.1. </w:t>
      </w:r>
      <w:r w:rsidR="00242782">
        <w:rPr>
          <w:rFonts w:ascii="Times New Roman" w:hAnsi="Times New Roman" w:cs="Times New Roman"/>
          <w:sz w:val="24"/>
          <w:szCs w:val="24"/>
          <w:lang w:val="ro-RO"/>
        </w:rPr>
        <w:t>Lucrările</w:t>
      </w:r>
    </w:p>
    <w:p w14:paraId="23AFC1D0" w14:textId="6FB72D87" w:rsidR="005D45C4" w:rsidRDefault="005D45C4" w:rsidP="00114AAC">
      <w:pPr>
        <w:spacing w:before="100" w:beforeAutospacing="1" w:after="100" w:afterAutospacing="1"/>
        <w:jc w:val="both"/>
        <w:rPr>
          <w:rFonts w:ascii="Times New Roman" w:hAnsi="Times New Roman" w:cs="Times New Roman"/>
          <w:sz w:val="24"/>
          <w:szCs w:val="20"/>
          <w:lang w:val="ro-RO"/>
        </w:rPr>
      </w:pPr>
      <w:r w:rsidRPr="00114AAC">
        <w:rPr>
          <w:rFonts w:ascii="Times New Roman" w:hAnsi="Times New Roman" w:cs="Times New Roman"/>
          <w:sz w:val="24"/>
          <w:szCs w:val="20"/>
          <w:lang w:val="ro-RO"/>
        </w:rPr>
        <w:t>Realizarea unei figuri sculpturale în bronz, incluzând: concepția artistică, modelarea, pregătirea tehnologică pentru turnare, turnarea în bronz, finisarea și coordonarea instalării la amplasamentul stabilit.</w:t>
      </w:r>
    </w:p>
    <w:p w14:paraId="615A99B7" w14:textId="2D57FFD4" w:rsidR="00114AAC" w:rsidRPr="00114AAC" w:rsidRDefault="00114AAC" w:rsidP="00114AAC">
      <w:pPr>
        <w:pStyle w:val="ae"/>
        <w:numPr>
          <w:ilvl w:val="0"/>
          <w:numId w:val="18"/>
        </w:numPr>
        <w:spacing w:before="100" w:beforeAutospacing="1" w:after="100" w:afterAutospacing="1"/>
        <w:jc w:val="both"/>
        <w:rPr>
          <w:rFonts w:ascii="Times New Roman" w:hAnsi="Times New Roman" w:cs="Times New Roman"/>
          <w:sz w:val="28"/>
          <w:szCs w:val="28"/>
          <w:lang w:val="ro-RO"/>
        </w:rPr>
      </w:pPr>
      <w:r w:rsidRPr="00114AAC">
        <w:rPr>
          <w:rFonts w:ascii="Times New Roman" w:hAnsi="Times New Roman" w:cs="Times New Roman"/>
          <w:b/>
          <w:i/>
          <w:iCs/>
          <w:sz w:val="28"/>
          <w:szCs w:val="28"/>
          <w:u w:val="single"/>
          <w:lang w:val="ro-RO"/>
        </w:rPr>
        <w:t>Nicolae Bulat</w:t>
      </w:r>
    </w:p>
    <w:p w14:paraId="10EBDF2B" w14:textId="2C12C5B3" w:rsidR="00114AAC" w:rsidRDefault="00114AAC" w:rsidP="005D45C4">
      <w:pPr>
        <w:spacing w:before="100" w:beforeAutospacing="1" w:after="100" w:afterAutospacing="1"/>
        <w:rPr>
          <w:rFonts w:ascii="Arial" w:hAnsi="Arial" w:cs="Arial"/>
          <w:b/>
          <w:bCs/>
          <w:sz w:val="24"/>
          <w:szCs w:val="20"/>
          <w:lang w:val="ro-RO"/>
        </w:rPr>
      </w:pPr>
      <w:r>
        <w:rPr>
          <w:noProof/>
        </w:rPr>
        <w:drawing>
          <wp:inline distT="0" distB="0" distL="0" distR="0" wp14:anchorId="0DADEF8A" wp14:editId="70908DFC">
            <wp:extent cx="4257675" cy="54483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57675" cy="5448300"/>
                    </a:xfrm>
                    <a:prstGeom prst="rect">
                      <a:avLst/>
                    </a:prstGeom>
                    <a:noFill/>
                    <a:ln>
                      <a:noFill/>
                    </a:ln>
                  </pic:spPr>
                </pic:pic>
              </a:graphicData>
            </a:graphic>
          </wp:inline>
        </w:drawing>
      </w:r>
    </w:p>
    <w:p w14:paraId="0EC8474D" w14:textId="77777777" w:rsidR="00114AAC" w:rsidRPr="00114AAC" w:rsidRDefault="00114AAC" w:rsidP="00114AAC">
      <w:pPr>
        <w:pStyle w:val="ae"/>
        <w:spacing w:before="100" w:beforeAutospacing="1" w:after="100" w:afterAutospacing="1"/>
        <w:rPr>
          <w:rFonts w:ascii="Arial" w:hAnsi="Arial" w:cs="Arial"/>
          <w:b/>
          <w:bCs/>
          <w:sz w:val="24"/>
          <w:szCs w:val="20"/>
          <w:lang w:val="ro-RO"/>
        </w:rPr>
      </w:pPr>
    </w:p>
    <w:p w14:paraId="7AADEC14" w14:textId="77777777" w:rsidR="00114AAC" w:rsidRPr="00114AAC" w:rsidRDefault="00114AAC" w:rsidP="00114AAC">
      <w:pPr>
        <w:pStyle w:val="ae"/>
        <w:spacing w:before="100" w:beforeAutospacing="1" w:after="100" w:afterAutospacing="1"/>
        <w:rPr>
          <w:rFonts w:ascii="Arial" w:hAnsi="Arial" w:cs="Arial"/>
          <w:b/>
          <w:bCs/>
          <w:sz w:val="24"/>
          <w:szCs w:val="20"/>
          <w:lang w:val="ro-RO"/>
        </w:rPr>
      </w:pPr>
    </w:p>
    <w:tbl>
      <w:tblPr>
        <w:tblStyle w:val="aff0"/>
        <w:tblW w:w="9198" w:type="dxa"/>
        <w:tblInd w:w="720" w:type="dxa"/>
        <w:tblLook w:val="04A0" w:firstRow="1" w:lastRow="0" w:firstColumn="1" w:lastColumn="0" w:noHBand="0" w:noVBand="1"/>
      </w:tblPr>
      <w:tblGrid>
        <w:gridCol w:w="556"/>
        <w:gridCol w:w="2972"/>
        <w:gridCol w:w="1745"/>
        <w:gridCol w:w="3925"/>
      </w:tblGrid>
      <w:tr w:rsidR="00F90E0E" w14:paraId="2A3EB5A3" w14:textId="77777777" w:rsidTr="00730C18">
        <w:tc>
          <w:tcPr>
            <w:tcW w:w="9198" w:type="dxa"/>
            <w:gridSpan w:val="4"/>
          </w:tcPr>
          <w:p w14:paraId="4E72EEC4" w14:textId="6085450F" w:rsidR="00F90E0E" w:rsidRPr="0000218D" w:rsidRDefault="0000218D" w:rsidP="00F90E0E">
            <w:pPr>
              <w:pStyle w:val="ae"/>
              <w:spacing w:before="100" w:beforeAutospacing="1" w:after="100" w:afterAutospacing="1"/>
              <w:ind w:left="0"/>
              <w:jc w:val="center"/>
              <w:rPr>
                <w:rFonts w:ascii="Times New Roman" w:hAnsi="Times New Roman" w:cs="Times New Roman"/>
                <w:b/>
                <w:bCs/>
                <w:sz w:val="28"/>
                <w:szCs w:val="28"/>
                <w:lang w:val="ro-RO"/>
              </w:rPr>
            </w:pPr>
            <w:r w:rsidRPr="0000218D">
              <w:rPr>
                <w:rStyle w:val="af6"/>
                <w:rFonts w:ascii="Times New Roman" w:hAnsi="Times New Roman" w:cs="Times New Roman"/>
                <w:b w:val="0"/>
                <w:bCs w:val="0"/>
                <w:sz w:val="28"/>
                <w:szCs w:val="28"/>
                <w:lang w:val="ro-RO"/>
              </w:rPr>
              <w:t>L</w:t>
            </w:r>
            <w:r w:rsidRPr="0000218D">
              <w:rPr>
                <w:rFonts w:ascii="Times New Roman" w:hAnsi="Times New Roman" w:cs="Times New Roman"/>
                <w:b/>
                <w:bCs/>
                <w:sz w:val="28"/>
                <w:szCs w:val="28"/>
                <w:lang w:val="ro-RO"/>
              </w:rPr>
              <w:t>ucrări de infrastructură privind edificarea  monumente de for public: „Nicolae Bulat” – în scuarul Cetății Soroca</w:t>
            </w:r>
          </w:p>
        </w:tc>
      </w:tr>
      <w:tr w:rsidR="00D31B5C" w14:paraId="3146F3D4" w14:textId="77777777" w:rsidTr="00C506E2">
        <w:tc>
          <w:tcPr>
            <w:tcW w:w="556" w:type="dxa"/>
          </w:tcPr>
          <w:p w14:paraId="18998411" w14:textId="75C69A2C" w:rsidR="00D31B5C" w:rsidRPr="0000218D" w:rsidRDefault="00D31B5C" w:rsidP="00114AAC">
            <w:pPr>
              <w:pStyle w:val="ae"/>
              <w:spacing w:before="100" w:beforeAutospacing="1" w:after="100" w:afterAutospacing="1"/>
              <w:ind w:left="0"/>
              <w:rPr>
                <w:rFonts w:ascii="Times New Roman" w:hAnsi="Times New Roman" w:cs="Times New Roman"/>
                <w:b/>
                <w:bCs/>
                <w:sz w:val="22"/>
                <w:lang w:val="ro-RO"/>
              </w:rPr>
            </w:pPr>
            <w:r w:rsidRPr="0000218D">
              <w:rPr>
                <w:rFonts w:ascii="Times New Roman" w:hAnsi="Times New Roman" w:cs="Times New Roman"/>
                <w:b/>
                <w:bCs/>
                <w:sz w:val="22"/>
                <w:lang w:val="ro-RO"/>
              </w:rPr>
              <w:t>Nr.</w:t>
            </w:r>
          </w:p>
        </w:tc>
        <w:tc>
          <w:tcPr>
            <w:tcW w:w="2972" w:type="dxa"/>
          </w:tcPr>
          <w:p w14:paraId="546C2CE8" w14:textId="5B99A879" w:rsidR="00D31B5C" w:rsidRPr="0000218D" w:rsidRDefault="00D31B5C" w:rsidP="00114AAC">
            <w:pPr>
              <w:pStyle w:val="ae"/>
              <w:spacing w:before="100" w:beforeAutospacing="1" w:after="100" w:afterAutospacing="1"/>
              <w:ind w:left="0"/>
              <w:rPr>
                <w:rFonts w:ascii="Times New Roman" w:hAnsi="Times New Roman" w:cs="Times New Roman"/>
                <w:b/>
                <w:bCs/>
                <w:sz w:val="22"/>
                <w:lang w:val="ro-RO"/>
              </w:rPr>
            </w:pPr>
            <w:r w:rsidRPr="0000218D">
              <w:rPr>
                <w:rFonts w:ascii="Times New Roman" w:hAnsi="Times New Roman" w:cs="Times New Roman"/>
                <w:b/>
                <w:bCs/>
                <w:sz w:val="22"/>
                <w:lang w:val="ro-RO"/>
              </w:rPr>
              <w:t>Lucrări</w:t>
            </w:r>
          </w:p>
        </w:tc>
        <w:tc>
          <w:tcPr>
            <w:tcW w:w="1745" w:type="dxa"/>
          </w:tcPr>
          <w:p w14:paraId="5503AAFA" w14:textId="30E6DAB5" w:rsidR="00D31B5C" w:rsidRPr="0000218D" w:rsidRDefault="00D31B5C" w:rsidP="00114AAC">
            <w:pPr>
              <w:pStyle w:val="ae"/>
              <w:spacing w:before="100" w:beforeAutospacing="1" w:after="100" w:afterAutospacing="1"/>
              <w:ind w:left="0"/>
              <w:rPr>
                <w:rFonts w:ascii="Times New Roman" w:hAnsi="Times New Roman" w:cs="Times New Roman"/>
                <w:b/>
                <w:bCs/>
                <w:sz w:val="22"/>
                <w:lang w:val="ro-RO"/>
              </w:rPr>
            </w:pPr>
            <w:r w:rsidRPr="0000218D">
              <w:rPr>
                <w:rFonts w:ascii="Times New Roman" w:hAnsi="Times New Roman" w:cs="Times New Roman"/>
                <w:b/>
                <w:bCs/>
                <w:sz w:val="22"/>
                <w:lang w:val="ro-RO"/>
              </w:rPr>
              <w:t>U.m</w:t>
            </w:r>
          </w:p>
        </w:tc>
        <w:tc>
          <w:tcPr>
            <w:tcW w:w="3925" w:type="dxa"/>
          </w:tcPr>
          <w:p w14:paraId="08C32BD7" w14:textId="543288CE" w:rsidR="00D31B5C" w:rsidRPr="0000218D" w:rsidRDefault="00D31B5C" w:rsidP="00114AAC">
            <w:pPr>
              <w:pStyle w:val="ae"/>
              <w:spacing w:before="100" w:beforeAutospacing="1" w:after="100" w:afterAutospacing="1"/>
              <w:ind w:left="0"/>
              <w:rPr>
                <w:rFonts w:ascii="Times New Roman" w:hAnsi="Times New Roman" w:cs="Times New Roman"/>
                <w:b/>
                <w:bCs/>
                <w:sz w:val="22"/>
                <w:lang w:val="ro-RO"/>
              </w:rPr>
            </w:pPr>
            <w:r w:rsidRPr="0000218D">
              <w:rPr>
                <w:rFonts w:ascii="Times New Roman" w:hAnsi="Times New Roman" w:cs="Times New Roman"/>
                <w:b/>
                <w:bCs/>
                <w:sz w:val="22"/>
                <w:lang w:val="ro-RO"/>
              </w:rPr>
              <w:t>Cantitatea conform datelor de proiect</w:t>
            </w:r>
          </w:p>
        </w:tc>
      </w:tr>
      <w:tr w:rsidR="00D31B5C" w14:paraId="52B388B6" w14:textId="1580EEC9" w:rsidTr="00D31B5C">
        <w:tc>
          <w:tcPr>
            <w:tcW w:w="9198" w:type="dxa"/>
            <w:gridSpan w:val="4"/>
          </w:tcPr>
          <w:p w14:paraId="2ECB922D" w14:textId="7733100F" w:rsidR="00D31B5C" w:rsidRPr="00F90E0E" w:rsidRDefault="00D31B5C" w:rsidP="00B67682">
            <w:pPr>
              <w:pStyle w:val="ae"/>
              <w:spacing w:before="100" w:beforeAutospacing="1" w:after="100" w:afterAutospacing="1"/>
              <w:ind w:left="0"/>
              <w:jc w:val="center"/>
              <w:rPr>
                <w:rFonts w:ascii="Arial" w:hAnsi="Arial" w:cs="Arial"/>
                <w:b/>
                <w:bCs/>
                <w:sz w:val="28"/>
                <w:szCs w:val="28"/>
                <w:lang w:val="ro-RO"/>
              </w:rPr>
            </w:pPr>
          </w:p>
        </w:tc>
      </w:tr>
      <w:tr w:rsidR="00D31B5C" w14:paraId="3E85AA91" w14:textId="77777777" w:rsidTr="00C506E2">
        <w:tc>
          <w:tcPr>
            <w:tcW w:w="556" w:type="dxa"/>
          </w:tcPr>
          <w:p w14:paraId="4C908914" w14:textId="24113AD2" w:rsidR="00D31B5C" w:rsidRPr="00F90E0E" w:rsidRDefault="00D31B5C" w:rsidP="00114AAC">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1</w:t>
            </w:r>
          </w:p>
        </w:tc>
        <w:tc>
          <w:tcPr>
            <w:tcW w:w="2972" w:type="dxa"/>
          </w:tcPr>
          <w:p w14:paraId="5FE7B1BC" w14:textId="1917F39C" w:rsidR="00D31B5C" w:rsidRPr="00F90E0E" w:rsidRDefault="00D31B5C" w:rsidP="00114AAC">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Crearea modelului bustului din material moale în mărimea operei (așezarea brută a argilei</w:t>
            </w:r>
            <w:r w:rsidR="00F90E0E">
              <w:rPr>
                <w:rFonts w:ascii="Times New Roman" w:hAnsi="Times New Roman" w:cs="Times New Roman"/>
                <w:sz w:val="22"/>
                <w:lang w:val="ro-RO"/>
              </w:rPr>
              <w:t>/plastelină</w:t>
            </w:r>
            <w:r w:rsidRPr="00F90E0E">
              <w:rPr>
                <w:rFonts w:ascii="Times New Roman" w:hAnsi="Times New Roman" w:cs="Times New Roman"/>
                <w:sz w:val="22"/>
                <w:lang w:val="ro-RO"/>
              </w:rPr>
              <w:t xml:space="preserve"> pe scheletul din lemn și metal, modelarea în argilă</w:t>
            </w:r>
            <w:r w:rsidR="00F90E0E">
              <w:rPr>
                <w:rFonts w:ascii="Times New Roman" w:hAnsi="Times New Roman" w:cs="Times New Roman"/>
                <w:sz w:val="22"/>
                <w:lang w:val="ro-RO"/>
              </w:rPr>
              <w:t>/plastelină</w:t>
            </w:r>
            <w:r w:rsidRPr="00F90E0E">
              <w:rPr>
                <w:rFonts w:ascii="Times New Roman" w:hAnsi="Times New Roman" w:cs="Times New Roman"/>
                <w:sz w:val="22"/>
                <w:lang w:val="ro-RO"/>
              </w:rPr>
              <w:t xml:space="preserve"> cu prelucrarea ulterioară în ipsos a bustului de 2,3 x30 </w:t>
            </w:r>
            <w:r w:rsidR="00C506E2">
              <w:rPr>
                <w:rFonts w:ascii="Times New Roman" w:hAnsi="Times New Roman" w:cs="Times New Roman"/>
                <w:sz w:val="22"/>
                <w:lang w:val="ro-RO"/>
              </w:rPr>
              <w:t>(</w:t>
            </w:r>
            <w:r w:rsidRPr="00F90E0E">
              <w:rPr>
                <w:rFonts w:ascii="Times New Roman" w:hAnsi="Times New Roman" w:cs="Times New Roman"/>
                <w:sz w:val="22"/>
                <w:lang w:val="ro-RO"/>
              </w:rPr>
              <w:t>mărimi naturale)</w:t>
            </w:r>
          </w:p>
        </w:tc>
        <w:tc>
          <w:tcPr>
            <w:tcW w:w="1745" w:type="dxa"/>
          </w:tcPr>
          <w:p w14:paraId="569A6199" w14:textId="7C51B603" w:rsidR="00D31B5C" w:rsidRPr="00F90E0E" w:rsidRDefault="00C506E2" w:rsidP="00114AAC">
            <w:pPr>
              <w:pStyle w:val="ae"/>
              <w:spacing w:before="100" w:beforeAutospacing="1" w:after="100" w:afterAutospacing="1"/>
              <w:ind w:left="0"/>
              <w:rPr>
                <w:rFonts w:ascii="Times New Roman" w:hAnsi="Times New Roman" w:cs="Times New Roman"/>
                <w:sz w:val="22"/>
                <w:lang w:val="ro-RO"/>
              </w:rPr>
            </w:pPr>
            <w:r>
              <w:rPr>
                <w:rFonts w:ascii="Times New Roman" w:hAnsi="Times New Roman" w:cs="Times New Roman"/>
                <w:sz w:val="22"/>
                <w:lang w:val="ro-RO"/>
              </w:rPr>
              <w:t>b</w:t>
            </w:r>
            <w:r w:rsidR="00D31B5C" w:rsidRPr="00F90E0E">
              <w:rPr>
                <w:rFonts w:ascii="Times New Roman" w:hAnsi="Times New Roman" w:cs="Times New Roman"/>
                <w:sz w:val="22"/>
                <w:lang w:val="ro-RO"/>
              </w:rPr>
              <w:t>uc</w:t>
            </w:r>
          </w:p>
        </w:tc>
        <w:tc>
          <w:tcPr>
            <w:tcW w:w="3925" w:type="dxa"/>
          </w:tcPr>
          <w:p w14:paraId="7B9EFE6C" w14:textId="4D40FD9E" w:rsidR="00D31B5C" w:rsidRPr="00F90E0E" w:rsidRDefault="00D31B5C" w:rsidP="00114AAC">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1</w:t>
            </w:r>
            <w:r w:rsidR="00F90E0E">
              <w:rPr>
                <w:rFonts w:ascii="Times New Roman" w:hAnsi="Times New Roman" w:cs="Times New Roman"/>
                <w:sz w:val="22"/>
                <w:lang w:val="ro-RO"/>
              </w:rPr>
              <w:t xml:space="preserve"> </w:t>
            </w:r>
          </w:p>
        </w:tc>
      </w:tr>
      <w:tr w:rsidR="00D31B5C" w14:paraId="4F783CB3" w14:textId="77777777" w:rsidTr="00C506E2">
        <w:tc>
          <w:tcPr>
            <w:tcW w:w="556" w:type="dxa"/>
          </w:tcPr>
          <w:p w14:paraId="28ED613B" w14:textId="5BBBEE29" w:rsidR="00D31B5C" w:rsidRPr="00F90E0E" w:rsidRDefault="00D31B5C" w:rsidP="00114AAC">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2</w:t>
            </w:r>
          </w:p>
        </w:tc>
        <w:tc>
          <w:tcPr>
            <w:tcW w:w="2972" w:type="dxa"/>
          </w:tcPr>
          <w:p w14:paraId="35B7E522" w14:textId="39E52F7F" w:rsidR="00D31B5C" w:rsidRPr="00F90E0E" w:rsidRDefault="00D31B5C" w:rsidP="00114AAC">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Crearea (transpunerea) operei sculpturale în materia</w:t>
            </w:r>
            <w:r w:rsidR="00F90E0E">
              <w:rPr>
                <w:rFonts w:ascii="Times New Roman" w:hAnsi="Times New Roman" w:cs="Times New Roman"/>
                <w:sz w:val="22"/>
                <w:lang w:val="ro-RO"/>
              </w:rPr>
              <w:t>l</w:t>
            </w:r>
            <w:r w:rsidRPr="00F90E0E">
              <w:rPr>
                <w:rFonts w:ascii="Times New Roman" w:hAnsi="Times New Roman" w:cs="Times New Roman"/>
                <w:sz w:val="22"/>
                <w:lang w:val="ro-RO"/>
              </w:rPr>
              <w:t xml:space="preserve"> tare – bronz turnată (după model din ceară), scoaterea negativelor din ipsos, prelucrarea medelului din ceară, înpachetarea, topirea și </w:t>
            </w:r>
            <w:r w:rsidR="00F90E0E">
              <w:rPr>
                <w:rFonts w:ascii="Times New Roman" w:hAnsi="Times New Roman" w:cs="Times New Roman"/>
                <w:sz w:val="22"/>
                <w:lang w:val="ro-RO"/>
              </w:rPr>
              <w:t>e</w:t>
            </w:r>
            <w:r w:rsidRPr="00F90E0E">
              <w:rPr>
                <w:rFonts w:ascii="Times New Roman" w:hAnsi="Times New Roman" w:cs="Times New Roman"/>
                <w:sz w:val="22"/>
                <w:lang w:val="ro-RO"/>
              </w:rPr>
              <w:t>vacuarea cearei, calicnarea formei de ipsos, turnarea metalului, curățarea detaliilor turnate, sudarea, prelucrarea metalului etc)</w:t>
            </w:r>
          </w:p>
        </w:tc>
        <w:tc>
          <w:tcPr>
            <w:tcW w:w="1745" w:type="dxa"/>
          </w:tcPr>
          <w:p w14:paraId="6ADE14E1" w14:textId="1FF521B2" w:rsidR="00D31B5C" w:rsidRPr="00F90E0E" w:rsidRDefault="00C506E2" w:rsidP="00114AAC">
            <w:pPr>
              <w:pStyle w:val="ae"/>
              <w:spacing w:before="100" w:beforeAutospacing="1" w:after="100" w:afterAutospacing="1"/>
              <w:ind w:left="0"/>
              <w:rPr>
                <w:rFonts w:ascii="Times New Roman" w:hAnsi="Times New Roman" w:cs="Times New Roman"/>
                <w:sz w:val="22"/>
                <w:lang w:val="ro-RO"/>
              </w:rPr>
            </w:pPr>
            <w:r>
              <w:rPr>
                <w:rFonts w:ascii="Times New Roman" w:hAnsi="Times New Roman" w:cs="Times New Roman"/>
                <w:sz w:val="22"/>
                <w:lang w:val="ro-RO"/>
              </w:rPr>
              <w:t>b</w:t>
            </w:r>
            <w:r w:rsidR="00D31B5C" w:rsidRPr="00F90E0E">
              <w:rPr>
                <w:rFonts w:ascii="Times New Roman" w:hAnsi="Times New Roman" w:cs="Times New Roman"/>
                <w:sz w:val="22"/>
                <w:lang w:val="ro-RO"/>
              </w:rPr>
              <w:t>uc</w:t>
            </w:r>
          </w:p>
        </w:tc>
        <w:tc>
          <w:tcPr>
            <w:tcW w:w="3925" w:type="dxa"/>
          </w:tcPr>
          <w:p w14:paraId="64D3D92C" w14:textId="383B5B45" w:rsidR="00D31B5C" w:rsidRPr="00F90E0E" w:rsidRDefault="00D31B5C" w:rsidP="00114AAC">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1</w:t>
            </w:r>
            <w:r w:rsidR="00C506E2">
              <w:rPr>
                <w:rFonts w:ascii="Times New Roman" w:hAnsi="Times New Roman" w:cs="Times New Roman"/>
                <w:sz w:val="22"/>
                <w:lang w:val="ro-RO"/>
              </w:rPr>
              <w:t xml:space="preserve"> </w:t>
            </w:r>
          </w:p>
        </w:tc>
      </w:tr>
      <w:tr w:rsidR="00D31B5C" w14:paraId="1C67B9B9" w14:textId="77777777" w:rsidTr="00C506E2">
        <w:tc>
          <w:tcPr>
            <w:tcW w:w="556" w:type="dxa"/>
          </w:tcPr>
          <w:p w14:paraId="52BD7B1D" w14:textId="32404E31" w:rsidR="00D31B5C" w:rsidRPr="00F90E0E" w:rsidRDefault="00D31B5C" w:rsidP="00114AAC">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3</w:t>
            </w:r>
          </w:p>
        </w:tc>
        <w:tc>
          <w:tcPr>
            <w:tcW w:w="2972" w:type="dxa"/>
          </w:tcPr>
          <w:p w14:paraId="4A28EA71" w14:textId="2645B26B" w:rsidR="00D31B5C" w:rsidRPr="00F90E0E" w:rsidRDefault="00D31B5C" w:rsidP="00114AAC">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Lucrări de modelare din ipsos a bustului cu h=2,3 m.n (Confecționarea tiparului brut cu turnarea modelului din ipsos, confecționarea tiparelor curate de ipsos din bucăți, turnarea modelului din ipsos în tepare curate)</w:t>
            </w:r>
          </w:p>
        </w:tc>
        <w:tc>
          <w:tcPr>
            <w:tcW w:w="1745" w:type="dxa"/>
          </w:tcPr>
          <w:p w14:paraId="1EB6C1E7" w14:textId="7DFB6132" w:rsidR="00D31B5C" w:rsidRPr="00F90E0E" w:rsidRDefault="00D31B5C" w:rsidP="00114AAC">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buc</w:t>
            </w:r>
          </w:p>
        </w:tc>
        <w:tc>
          <w:tcPr>
            <w:tcW w:w="3925" w:type="dxa"/>
          </w:tcPr>
          <w:p w14:paraId="64396E04" w14:textId="2FCCA976" w:rsidR="00D31B5C" w:rsidRPr="00F90E0E" w:rsidRDefault="00D31B5C" w:rsidP="00114AAC">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1</w:t>
            </w:r>
          </w:p>
        </w:tc>
      </w:tr>
      <w:tr w:rsidR="00D31B5C" w14:paraId="0D9AECF5" w14:textId="77777777" w:rsidTr="00C506E2">
        <w:tc>
          <w:tcPr>
            <w:tcW w:w="556" w:type="dxa"/>
          </w:tcPr>
          <w:p w14:paraId="524CBA8F" w14:textId="598DD5BA" w:rsidR="00D31B5C" w:rsidRPr="00F90E0E" w:rsidRDefault="00D31B5C" w:rsidP="00114AAC">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4</w:t>
            </w:r>
          </w:p>
        </w:tc>
        <w:tc>
          <w:tcPr>
            <w:tcW w:w="2972" w:type="dxa"/>
          </w:tcPr>
          <w:p w14:paraId="649DDD4F" w14:textId="3716F012" w:rsidR="00D31B5C" w:rsidRPr="00F90E0E" w:rsidRDefault="00D31B5C" w:rsidP="00114AAC">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Supraveghere și conducerea de autor pentru crearea operei sculpturale din material tare</w:t>
            </w:r>
          </w:p>
        </w:tc>
        <w:tc>
          <w:tcPr>
            <w:tcW w:w="1745" w:type="dxa"/>
          </w:tcPr>
          <w:p w14:paraId="174005FB" w14:textId="3A4C089C" w:rsidR="00D31B5C" w:rsidRPr="00F90E0E" w:rsidRDefault="00D31B5C" w:rsidP="00114AAC">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h-ore</w:t>
            </w:r>
          </w:p>
        </w:tc>
        <w:tc>
          <w:tcPr>
            <w:tcW w:w="3925" w:type="dxa"/>
          </w:tcPr>
          <w:p w14:paraId="0E321F57" w14:textId="25901469" w:rsidR="00D31B5C" w:rsidRPr="00F90E0E" w:rsidRDefault="00D31B5C" w:rsidP="00114AAC">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1</w:t>
            </w:r>
          </w:p>
        </w:tc>
      </w:tr>
      <w:tr w:rsidR="00D31B5C" w14:paraId="4DC01DDE" w14:textId="77777777" w:rsidTr="00C506E2">
        <w:tc>
          <w:tcPr>
            <w:tcW w:w="556" w:type="dxa"/>
          </w:tcPr>
          <w:p w14:paraId="0B81359E" w14:textId="11F326B6" w:rsidR="00D31B5C" w:rsidRPr="00F90E0E" w:rsidRDefault="00D31B5C" w:rsidP="00114AAC">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5</w:t>
            </w:r>
          </w:p>
        </w:tc>
        <w:tc>
          <w:tcPr>
            <w:tcW w:w="2972" w:type="dxa"/>
          </w:tcPr>
          <w:p w14:paraId="76F2B43B" w14:textId="06419109" w:rsidR="00D31B5C" w:rsidRPr="00F90E0E" w:rsidRDefault="00D31B5C" w:rsidP="00114AAC">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Confecționarea postamentului, montarea, amenajarea terenului aferent</w:t>
            </w:r>
          </w:p>
        </w:tc>
        <w:tc>
          <w:tcPr>
            <w:tcW w:w="1745" w:type="dxa"/>
          </w:tcPr>
          <w:p w14:paraId="57F9205C" w14:textId="18998AF9" w:rsidR="00D31B5C" w:rsidRPr="00F90E0E" w:rsidRDefault="00D31B5C" w:rsidP="00114AAC">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buc</w:t>
            </w:r>
          </w:p>
        </w:tc>
        <w:tc>
          <w:tcPr>
            <w:tcW w:w="3925" w:type="dxa"/>
          </w:tcPr>
          <w:p w14:paraId="0B5B5D0A" w14:textId="557533DF" w:rsidR="00D31B5C" w:rsidRPr="00F90E0E" w:rsidRDefault="00D31B5C" w:rsidP="00114AAC">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1</w:t>
            </w:r>
          </w:p>
        </w:tc>
      </w:tr>
      <w:tr w:rsidR="00D31B5C" w14:paraId="4F506403" w14:textId="77777777" w:rsidTr="00591D08">
        <w:tc>
          <w:tcPr>
            <w:tcW w:w="9198" w:type="dxa"/>
            <w:gridSpan w:val="4"/>
          </w:tcPr>
          <w:p w14:paraId="28143EEC" w14:textId="4D7FA7D5" w:rsidR="00D31B5C" w:rsidRPr="00F90E0E" w:rsidRDefault="00D31B5C" w:rsidP="00D31B5C">
            <w:pPr>
              <w:pStyle w:val="ae"/>
              <w:spacing w:before="100" w:beforeAutospacing="1" w:after="100" w:afterAutospacing="1"/>
              <w:ind w:left="0"/>
              <w:jc w:val="center"/>
              <w:rPr>
                <w:rFonts w:ascii="Times New Roman" w:hAnsi="Times New Roman" w:cs="Times New Roman"/>
                <w:sz w:val="22"/>
                <w:lang w:val="ro-RO"/>
              </w:rPr>
            </w:pPr>
            <w:r w:rsidRPr="00F90E0E">
              <w:rPr>
                <w:rFonts w:ascii="Times New Roman" w:hAnsi="Times New Roman" w:cs="Times New Roman"/>
                <w:sz w:val="22"/>
                <w:lang w:val="ro-RO"/>
              </w:rPr>
              <w:t>Materiale pentru edificarea monumentului</w:t>
            </w:r>
          </w:p>
        </w:tc>
      </w:tr>
      <w:tr w:rsidR="00D31B5C" w14:paraId="7471D76E" w14:textId="77777777" w:rsidTr="00C506E2">
        <w:tc>
          <w:tcPr>
            <w:tcW w:w="556" w:type="dxa"/>
          </w:tcPr>
          <w:p w14:paraId="5AF4033E" w14:textId="02D31F6B" w:rsidR="00D31B5C" w:rsidRPr="00F90E0E" w:rsidRDefault="00D31B5C" w:rsidP="00114AAC">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1</w:t>
            </w:r>
          </w:p>
        </w:tc>
        <w:tc>
          <w:tcPr>
            <w:tcW w:w="2972" w:type="dxa"/>
          </w:tcPr>
          <w:p w14:paraId="5E2D3AD7" w14:textId="18C63FBA" w:rsidR="00D31B5C" w:rsidRPr="00F90E0E" w:rsidRDefault="00D31B5C" w:rsidP="00114AAC">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Ipsos de modelat</w:t>
            </w:r>
          </w:p>
        </w:tc>
        <w:tc>
          <w:tcPr>
            <w:tcW w:w="1745" w:type="dxa"/>
          </w:tcPr>
          <w:p w14:paraId="0837285E" w14:textId="4FA31DB6" w:rsidR="00D31B5C" w:rsidRPr="00F90E0E" w:rsidRDefault="00D31B5C" w:rsidP="00114AAC">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kg</w:t>
            </w:r>
          </w:p>
        </w:tc>
        <w:tc>
          <w:tcPr>
            <w:tcW w:w="3925" w:type="dxa"/>
          </w:tcPr>
          <w:p w14:paraId="471464F5" w14:textId="060FD734" w:rsidR="00D31B5C" w:rsidRPr="00F90E0E" w:rsidRDefault="00D31B5C" w:rsidP="00114AAC">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80</w:t>
            </w:r>
          </w:p>
        </w:tc>
      </w:tr>
      <w:tr w:rsidR="00D31B5C" w14:paraId="714305F7" w14:textId="77777777" w:rsidTr="00C506E2">
        <w:tc>
          <w:tcPr>
            <w:tcW w:w="556" w:type="dxa"/>
          </w:tcPr>
          <w:p w14:paraId="1576F8ED" w14:textId="28BF92B3" w:rsidR="00D31B5C" w:rsidRPr="00F90E0E" w:rsidRDefault="00D31B5C" w:rsidP="00114AAC">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2</w:t>
            </w:r>
          </w:p>
        </w:tc>
        <w:tc>
          <w:tcPr>
            <w:tcW w:w="2972" w:type="dxa"/>
          </w:tcPr>
          <w:p w14:paraId="10385D10" w14:textId="79EC44F0" w:rsidR="00D31B5C" w:rsidRPr="00F90E0E" w:rsidRDefault="00D31B5C" w:rsidP="00114AAC">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Ipsos G5</w:t>
            </w:r>
          </w:p>
        </w:tc>
        <w:tc>
          <w:tcPr>
            <w:tcW w:w="1745" w:type="dxa"/>
          </w:tcPr>
          <w:p w14:paraId="5D56F4CB" w14:textId="029E3000" w:rsidR="00D31B5C" w:rsidRPr="00F90E0E" w:rsidRDefault="00D31B5C" w:rsidP="00114AAC">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kg</w:t>
            </w:r>
          </w:p>
        </w:tc>
        <w:tc>
          <w:tcPr>
            <w:tcW w:w="3925" w:type="dxa"/>
          </w:tcPr>
          <w:p w14:paraId="6BFA029C" w14:textId="21155159" w:rsidR="00D31B5C" w:rsidRPr="00F90E0E" w:rsidRDefault="00D31B5C" w:rsidP="00114AAC">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200</w:t>
            </w:r>
          </w:p>
        </w:tc>
      </w:tr>
      <w:tr w:rsidR="00D31B5C" w14:paraId="39FB4856" w14:textId="77777777" w:rsidTr="00C506E2">
        <w:tc>
          <w:tcPr>
            <w:tcW w:w="556" w:type="dxa"/>
          </w:tcPr>
          <w:p w14:paraId="4051BBB0" w14:textId="0932AE73" w:rsidR="00D31B5C" w:rsidRPr="00F90E0E" w:rsidRDefault="00D31B5C" w:rsidP="00114AAC">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3</w:t>
            </w:r>
          </w:p>
        </w:tc>
        <w:tc>
          <w:tcPr>
            <w:tcW w:w="2972" w:type="dxa"/>
          </w:tcPr>
          <w:p w14:paraId="1A9A1466" w14:textId="2E2519DA" w:rsidR="00D31B5C" w:rsidRPr="00F90E0E" w:rsidRDefault="00D31B5C" w:rsidP="00114AAC">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Ceară de albine</w:t>
            </w:r>
          </w:p>
        </w:tc>
        <w:tc>
          <w:tcPr>
            <w:tcW w:w="1745" w:type="dxa"/>
          </w:tcPr>
          <w:p w14:paraId="240D4F25" w14:textId="01C5BEA0" w:rsidR="00D31B5C" w:rsidRPr="00F90E0E" w:rsidRDefault="00D31B5C" w:rsidP="00114AAC">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kg</w:t>
            </w:r>
          </w:p>
        </w:tc>
        <w:tc>
          <w:tcPr>
            <w:tcW w:w="3925" w:type="dxa"/>
          </w:tcPr>
          <w:p w14:paraId="2DA1F9DC" w14:textId="02AB76C8" w:rsidR="00D31B5C" w:rsidRPr="00F90E0E" w:rsidRDefault="00C506E2" w:rsidP="00114AAC">
            <w:pPr>
              <w:pStyle w:val="ae"/>
              <w:spacing w:before="100" w:beforeAutospacing="1" w:after="100" w:afterAutospacing="1"/>
              <w:ind w:left="0"/>
              <w:rPr>
                <w:rFonts w:ascii="Times New Roman" w:hAnsi="Times New Roman" w:cs="Times New Roman"/>
                <w:sz w:val="22"/>
                <w:lang w:val="ro-RO"/>
              </w:rPr>
            </w:pPr>
            <w:r>
              <w:rPr>
                <w:rFonts w:ascii="Times New Roman" w:hAnsi="Times New Roman" w:cs="Times New Roman"/>
                <w:sz w:val="22"/>
                <w:lang w:val="ro-RO"/>
              </w:rPr>
              <w:t>50</w:t>
            </w:r>
          </w:p>
        </w:tc>
      </w:tr>
      <w:tr w:rsidR="00D31B5C" w14:paraId="620D506F" w14:textId="77777777" w:rsidTr="00C506E2">
        <w:tc>
          <w:tcPr>
            <w:tcW w:w="556" w:type="dxa"/>
          </w:tcPr>
          <w:p w14:paraId="379B4EB4" w14:textId="4CD5BBC2" w:rsidR="00D31B5C" w:rsidRPr="00F90E0E" w:rsidRDefault="00D31B5C" w:rsidP="00114AAC">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4</w:t>
            </w:r>
          </w:p>
        </w:tc>
        <w:tc>
          <w:tcPr>
            <w:tcW w:w="2972" w:type="dxa"/>
          </w:tcPr>
          <w:p w14:paraId="5C272FF9" w14:textId="438FE85E" w:rsidR="00D31B5C" w:rsidRPr="00F90E0E" w:rsidRDefault="00D31B5C" w:rsidP="00114AAC">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Energie electrică</w:t>
            </w:r>
          </w:p>
        </w:tc>
        <w:tc>
          <w:tcPr>
            <w:tcW w:w="1745" w:type="dxa"/>
          </w:tcPr>
          <w:p w14:paraId="66685978" w14:textId="4989368E" w:rsidR="00D31B5C" w:rsidRPr="00F90E0E" w:rsidRDefault="00D31B5C" w:rsidP="00114AAC">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kWt</w:t>
            </w:r>
          </w:p>
        </w:tc>
        <w:tc>
          <w:tcPr>
            <w:tcW w:w="3925" w:type="dxa"/>
          </w:tcPr>
          <w:p w14:paraId="4C3D2DA7" w14:textId="0EFC272E" w:rsidR="00D31B5C" w:rsidRPr="00F90E0E" w:rsidRDefault="00C506E2" w:rsidP="00114AAC">
            <w:pPr>
              <w:pStyle w:val="ae"/>
              <w:spacing w:before="100" w:beforeAutospacing="1" w:after="100" w:afterAutospacing="1"/>
              <w:ind w:left="0"/>
              <w:rPr>
                <w:rFonts w:ascii="Times New Roman" w:hAnsi="Times New Roman" w:cs="Times New Roman"/>
                <w:sz w:val="22"/>
                <w:lang w:val="ro-RO"/>
              </w:rPr>
            </w:pPr>
            <w:r>
              <w:rPr>
                <w:rFonts w:ascii="Times New Roman" w:hAnsi="Times New Roman" w:cs="Times New Roman"/>
                <w:sz w:val="22"/>
                <w:lang w:val="ro-RO"/>
              </w:rPr>
              <w:t>650</w:t>
            </w:r>
          </w:p>
        </w:tc>
      </w:tr>
      <w:tr w:rsidR="00D31B5C" w14:paraId="3FCF6C85" w14:textId="77777777" w:rsidTr="00C506E2">
        <w:tc>
          <w:tcPr>
            <w:tcW w:w="556" w:type="dxa"/>
          </w:tcPr>
          <w:p w14:paraId="7C6DA3B9" w14:textId="5935AA76" w:rsidR="00D31B5C" w:rsidRPr="00F90E0E" w:rsidRDefault="00D31B5C" w:rsidP="00114AAC">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5</w:t>
            </w:r>
          </w:p>
        </w:tc>
        <w:tc>
          <w:tcPr>
            <w:tcW w:w="2972" w:type="dxa"/>
          </w:tcPr>
          <w:p w14:paraId="152EF535" w14:textId="26B33982" w:rsidR="00D31B5C" w:rsidRPr="00F90E0E" w:rsidRDefault="00D31B5C" w:rsidP="00114AAC">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Bronz pentru turnare</w:t>
            </w:r>
          </w:p>
        </w:tc>
        <w:tc>
          <w:tcPr>
            <w:tcW w:w="1745" w:type="dxa"/>
          </w:tcPr>
          <w:p w14:paraId="4581B59D" w14:textId="565D084D" w:rsidR="00D31B5C" w:rsidRPr="00F90E0E" w:rsidRDefault="00D31B5C" w:rsidP="00114AAC">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kg</w:t>
            </w:r>
          </w:p>
        </w:tc>
        <w:tc>
          <w:tcPr>
            <w:tcW w:w="3925" w:type="dxa"/>
          </w:tcPr>
          <w:p w14:paraId="1C212D31" w14:textId="2A91102D" w:rsidR="00D31B5C" w:rsidRPr="00F90E0E" w:rsidRDefault="00C506E2" w:rsidP="00114AAC">
            <w:pPr>
              <w:pStyle w:val="ae"/>
              <w:spacing w:before="100" w:beforeAutospacing="1" w:after="100" w:afterAutospacing="1"/>
              <w:ind w:left="0"/>
              <w:rPr>
                <w:rFonts w:ascii="Times New Roman" w:hAnsi="Times New Roman" w:cs="Times New Roman"/>
                <w:sz w:val="22"/>
                <w:lang w:val="ro-RO"/>
              </w:rPr>
            </w:pPr>
            <w:r>
              <w:rPr>
                <w:rFonts w:ascii="Times New Roman" w:hAnsi="Times New Roman" w:cs="Times New Roman"/>
                <w:sz w:val="22"/>
                <w:lang w:val="ro-RO"/>
              </w:rPr>
              <w:t>120</w:t>
            </w:r>
          </w:p>
        </w:tc>
      </w:tr>
      <w:tr w:rsidR="00D31B5C" w14:paraId="169B270C" w14:textId="77777777" w:rsidTr="00C506E2">
        <w:tc>
          <w:tcPr>
            <w:tcW w:w="556" w:type="dxa"/>
          </w:tcPr>
          <w:p w14:paraId="3B784A81" w14:textId="5F05337F" w:rsidR="00D31B5C" w:rsidRPr="00F90E0E" w:rsidRDefault="00D31B5C" w:rsidP="00114AAC">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6</w:t>
            </w:r>
          </w:p>
        </w:tc>
        <w:tc>
          <w:tcPr>
            <w:tcW w:w="2972" w:type="dxa"/>
          </w:tcPr>
          <w:p w14:paraId="10CF01DF" w14:textId="72E7BA5C" w:rsidR="00D31B5C" w:rsidRPr="00F90E0E" w:rsidRDefault="00D31B5C" w:rsidP="00114AAC">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Sîrmă de bronz pentru sudare</w:t>
            </w:r>
          </w:p>
        </w:tc>
        <w:tc>
          <w:tcPr>
            <w:tcW w:w="1745" w:type="dxa"/>
          </w:tcPr>
          <w:p w14:paraId="708774AB" w14:textId="7F40E325" w:rsidR="00D31B5C" w:rsidRPr="00F90E0E" w:rsidRDefault="00D31B5C" w:rsidP="00114AAC">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kg</w:t>
            </w:r>
          </w:p>
        </w:tc>
        <w:tc>
          <w:tcPr>
            <w:tcW w:w="3925" w:type="dxa"/>
          </w:tcPr>
          <w:p w14:paraId="1793A7DA" w14:textId="7757045D" w:rsidR="00D31B5C" w:rsidRPr="00F90E0E" w:rsidRDefault="00D31B5C" w:rsidP="00114AAC">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4</w:t>
            </w:r>
          </w:p>
        </w:tc>
      </w:tr>
      <w:tr w:rsidR="00D31B5C" w14:paraId="762BD40A" w14:textId="77777777" w:rsidTr="00C506E2">
        <w:tc>
          <w:tcPr>
            <w:tcW w:w="556" w:type="dxa"/>
          </w:tcPr>
          <w:p w14:paraId="20583F51" w14:textId="604F62C9" w:rsidR="00D31B5C" w:rsidRPr="00F90E0E" w:rsidRDefault="00D31B5C" w:rsidP="00114AAC">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7</w:t>
            </w:r>
          </w:p>
        </w:tc>
        <w:tc>
          <w:tcPr>
            <w:tcW w:w="2972" w:type="dxa"/>
          </w:tcPr>
          <w:p w14:paraId="7481B999" w14:textId="471462A9" w:rsidR="00D31B5C" w:rsidRPr="00F90E0E" w:rsidRDefault="00D31B5C" w:rsidP="00114AAC">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Argoz gazos, calI</w:t>
            </w:r>
          </w:p>
        </w:tc>
        <w:tc>
          <w:tcPr>
            <w:tcW w:w="1745" w:type="dxa"/>
          </w:tcPr>
          <w:p w14:paraId="2FBA251C" w14:textId="288AB505" w:rsidR="00D31B5C" w:rsidRPr="00F90E0E" w:rsidRDefault="00F90E0E" w:rsidP="00114AAC">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buc</w:t>
            </w:r>
          </w:p>
        </w:tc>
        <w:tc>
          <w:tcPr>
            <w:tcW w:w="3925" w:type="dxa"/>
          </w:tcPr>
          <w:p w14:paraId="132E66D6" w14:textId="5B6F900F" w:rsidR="00D31B5C" w:rsidRPr="00F90E0E" w:rsidRDefault="00F90E0E" w:rsidP="00114AAC">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1</w:t>
            </w:r>
          </w:p>
        </w:tc>
      </w:tr>
      <w:tr w:rsidR="00D31B5C" w14:paraId="31D72D2C" w14:textId="77777777" w:rsidTr="00C506E2">
        <w:tc>
          <w:tcPr>
            <w:tcW w:w="556" w:type="dxa"/>
          </w:tcPr>
          <w:p w14:paraId="5ACCD005" w14:textId="6C4F5662" w:rsidR="00D31B5C" w:rsidRPr="00F90E0E" w:rsidRDefault="00F90E0E" w:rsidP="00114AAC">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8</w:t>
            </w:r>
          </w:p>
        </w:tc>
        <w:tc>
          <w:tcPr>
            <w:tcW w:w="2972" w:type="dxa"/>
          </w:tcPr>
          <w:p w14:paraId="7E5541C7" w14:textId="52177753" w:rsidR="00D31B5C" w:rsidRPr="00F90E0E" w:rsidRDefault="00F90E0E" w:rsidP="00114AAC">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Discuri de tăiat și șlefuire 125x22x1,2</w:t>
            </w:r>
          </w:p>
        </w:tc>
        <w:tc>
          <w:tcPr>
            <w:tcW w:w="1745" w:type="dxa"/>
          </w:tcPr>
          <w:p w14:paraId="27C97A10" w14:textId="0E8EA380" w:rsidR="00D31B5C" w:rsidRPr="00F90E0E" w:rsidRDefault="00F90E0E" w:rsidP="00114AAC">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buc</w:t>
            </w:r>
          </w:p>
        </w:tc>
        <w:tc>
          <w:tcPr>
            <w:tcW w:w="3925" w:type="dxa"/>
          </w:tcPr>
          <w:p w14:paraId="775C7A92" w14:textId="46C8A696" w:rsidR="00D31B5C" w:rsidRPr="00F90E0E" w:rsidRDefault="00C506E2" w:rsidP="00114AAC">
            <w:pPr>
              <w:pStyle w:val="ae"/>
              <w:spacing w:before="100" w:beforeAutospacing="1" w:after="100" w:afterAutospacing="1"/>
              <w:ind w:left="0"/>
              <w:rPr>
                <w:rFonts w:ascii="Times New Roman" w:hAnsi="Times New Roman" w:cs="Times New Roman"/>
                <w:sz w:val="22"/>
                <w:lang w:val="ro-RO"/>
              </w:rPr>
            </w:pPr>
            <w:r>
              <w:rPr>
                <w:rFonts w:ascii="Times New Roman" w:hAnsi="Times New Roman" w:cs="Times New Roman"/>
                <w:sz w:val="22"/>
                <w:lang w:val="ro-RO"/>
              </w:rPr>
              <w:t>15</w:t>
            </w:r>
          </w:p>
        </w:tc>
      </w:tr>
      <w:tr w:rsidR="00D31B5C" w14:paraId="12F7430A" w14:textId="77777777" w:rsidTr="00C506E2">
        <w:tc>
          <w:tcPr>
            <w:tcW w:w="556" w:type="dxa"/>
          </w:tcPr>
          <w:p w14:paraId="424270B8" w14:textId="077DB37C" w:rsidR="00D31B5C" w:rsidRPr="00F90E0E" w:rsidRDefault="00F90E0E" w:rsidP="00114AAC">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9</w:t>
            </w:r>
          </w:p>
        </w:tc>
        <w:tc>
          <w:tcPr>
            <w:tcW w:w="2972" w:type="dxa"/>
          </w:tcPr>
          <w:p w14:paraId="09EB229B" w14:textId="285CCF8F" w:rsidR="00D31B5C" w:rsidRPr="00F90E0E" w:rsidRDefault="00F90E0E" w:rsidP="00114AAC">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Nisip cuarțos de aghires pentru turnătorie simpl. Spal S3965</w:t>
            </w:r>
          </w:p>
        </w:tc>
        <w:tc>
          <w:tcPr>
            <w:tcW w:w="1745" w:type="dxa"/>
          </w:tcPr>
          <w:p w14:paraId="1C9B4D08" w14:textId="2EBBA407" w:rsidR="00D31B5C" w:rsidRPr="00F90E0E" w:rsidRDefault="00F90E0E" w:rsidP="00114AAC">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kg</w:t>
            </w:r>
          </w:p>
        </w:tc>
        <w:tc>
          <w:tcPr>
            <w:tcW w:w="3925" w:type="dxa"/>
          </w:tcPr>
          <w:p w14:paraId="0CE6F2A4" w14:textId="49E33359" w:rsidR="00D31B5C" w:rsidRPr="00F90E0E" w:rsidRDefault="00F90E0E" w:rsidP="00114AAC">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200</w:t>
            </w:r>
          </w:p>
        </w:tc>
      </w:tr>
      <w:tr w:rsidR="00F90E0E" w14:paraId="5FB6EBB7" w14:textId="77777777" w:rsidTr="00C506E2">
        <w:tc>
          <w:tcPr>
            <w:tcW w:w="556" w:type="dxa"/>
          </w:tcPr>
          <w:p w14:paraId="3457BE13" w14:textId="26F9DF8B" w:rsidR="00F90E0E" w:rsidRPr="00F90E0E" w:rsidRDefault="00F90E0E" w:rsidP="00114AAC">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10</w:t>
            </w:r>
          </w:p>
        </w:tc>
        <w:tc>
          <w:tcPr>
            <w:tcW w:w="2972" w:type="dxa"/>
          </w:tcPr>
          <w:p w14:paraId="2523A8A2" w14:textId="243AF8A6" w:rsidR="00F90E0E" w:rsidRPr="00F90E0E" w:rsidRDefault="00F90E0E" w:rsidP="00114AAC">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Transport</w:t>
            </w:r>
          </w:p>
        </w:tc>
        <w:tc>
          <w:tcPr>
            <w:tcW w:w="1745" w:type="dxa"/>
          </w:tcPr>
          <w:p w14:paraId="64091E80" w14:textId="6F31E7CF" w:rsidR="00F90E0E" w:rsidRPr="00F90E0E" w:rsidRDefault="00F90E0E" w:rsidP="00114AAC">
            <w:pPr>
              <w:pStyle w:val="ae"/>
              <w:spacing w:before="100" w:beforeAutospacing="1" w:after="100" w:afterAutospacing="1"/>
              <w:ind w:left="0"/>
              <w:rPr>
                <w:rFonts w:ascii="Times New Roman" w:hAnsi="Times New Roman" w:cs="Times New Roman"/>
                <w:sz w:val="22"/>
                <w:lang w:val="ro-RO"/>
              </w:rPr>
            </w:pPr>
            <w:r>
              <w:rPr>
                <w:rFonts w:ascii="Times New Roman" w:hAnsi="Times New Roman" w:cs="Times New Roman"/>
                <w:sz w:val="22"/>
                <w:lang w:val="ro-RO"/>
              </w:rPr>
              <w:t>km</w:t>
            </w:r>
          </w:p>
        </w:tc>
        <w:tc>
          <w:tcPr>
            <w:tcW w:w="3925" w:type="dxa"/>
          </w:tcPr>
          <w:p w14:paraId="4CE3F18F" w14:textId="1C470C6F" w:rsidR="00F90E0E" w:rsidRPr="00F90E0E" w:rsidRDefault="00F90E0E" w:rsidP="00114AAC">
            <w:pPr>
              <w:pStyle w:val="ae"/>
              <w:spacing w:before="100" w:beforeAutospacing="1" w:after="100" w:afterAutospacing="1"/>
              <w:ind w:left="0"/>
              <w:rPr>
                <w:rFonts w:ascii="Times New Roman" w:hAnsi="Times New Roman" w:cs="Times New Roman"/>
                <w:sz w:val="22"/>
                <w:lang w:val="ro-RO"/>
              </w:rPr>
            </w:pPr>
            <w:r>
              <w:rPr>
                <w:rFonts w:ascii="Times New Roman" w:hAnsi="Times New Roman" w:cs="Times New Roman"/>
                <w:sz w:val="22"/>
                <w:lang w:val="ro-RO"/>
              </w:rPr>
              <w:t>3600</w:t>
            </w:r>
          </w:p>
        </w:tc>
      </w:tr>
      <w:tr w:rsidR="00C506E2" w14:paraId="7B8341E6" w14:textId="77777777" w:rsidTr="00C70F81">
        <w:tc>
          <w:tcPr>
            <w:tcW w:w="9198" w:type="dxa"/>
            <w:gridSpan w:val="4"/>
          </w:tcPr>
          <w:p w14:paraId="7B0EA2AA" w14:textId="098530F8" w:rsidR="00C506E2" w:rsidRDefault="00C506E2" w:rsidP="00C506E2">
            <w:pPr>
              <w:pStyle w:val="ae"/>
              <w:spacing w:before="100" w:beforeAutospacing="1" w:after="100" w:afterAutospacing="1"/>
              <w:ind w:left="0"/>
              <w:jc w:val="center"/>
              <w:rPr>
                <w:rFonts w:ascii="Times New Roman" w:hAnsi="Times New Roman" w:cs="Times New Roman"/>
                <w:sz w:val="22"/>
                <w:lang w:val="ro-RO"/>
              </w:rPr>
            </w:pPr>
            <w:r>
              <w:rPr>
                <w:rFonts w:ascii="Times New Roman" w:hAnsi="Times New Roman" w:cs="Times New Roman"/>
                <w:sz w:val="22"/>
                <w:lang w:val="ro-RO"/>
              </w:rPr>
              <w:t>Creație artistică</w:t>
            </w:r>
          </w:p>
        </w:tc>
      </w:tr>
    </w:tbl>
    <w:p w14:paraId="4F175F61" w14:textId="77777777" w:rsidR="004440A5" w:rsidRPr="00C506E2" w:rsidRDefault="004440A5" w:rsidP="00C506E2">
      <w:pPr>
        <w:spacing w:before="100" w:beforeAutospacing="1" w:after="100" w:afterAutospacing="1"/>
        <w:rPr>
          <w:rFonts w:ascii="Arial" w:hAnsi="Arial" w:cs="Arial"/>
          <w:b/>
          <w:bCs/>
          <w:sz w:val="24"/>
          <w:szCs w:val="20"/>
          <w:lang w:val="ro-RO"/>
        </w:rPr>
      </w:pPr>
    </w:p>
    <w:p w14:paraId="67373BB1" w14:textId="7D46B34C" w:rsidR="00114AAC" w:rsidRPr="00114AAC" w:rsidRDefault="00114AAC" w:rsidP="00114AAC">
      <w:pPr>
        <w:pStyle w:val="ae"/>
        <w:numPr>
          <w:ilvl w:val="0"/>
          <w:numId w:val="18"/>
        </w:numPr>
        <w:spacing w:before="100" w:beforeAutospacing="1" w:after="100" w:afterAutospacing="1"/>
        <w:rPr>
          <w:rFonts w:ascii="Arial" w:hAnsi="Arial" w:cs="Arial"/>
          <w:b/>
          <w:bCs/>
          <w:sz w:val="28"/>
          <w:szCs w:val="28"/>
          <w:lang w:val="ro-RO"/>
        </w:rPr>
      </w:pPr>
      <w:r w:rsidRPr="00114AAC">
        <w:rPr>
          <w:rFonts w:ascii="Times New Roman" w:hAnsi="Times New Roman" w:cs="Times New Roman"/>
          <w:b/>
          <w:i/>
          <w:iCs/>
          <w:sz w:val="28"/>
          <w:szCs w:val="28"/>
          <w:u w:val="single"/>
          <w:lang w:val="ro-RO"/>
        </w:rPr>
        <w:t>Ion Druță</w:t>
      </w:r>
    </w:p>
    <w:p w14:paraId="35B25360" w14:textId="3C463A9F" w:rsidR="00114AAC" w:rsidRDefault="00114AAC" w:rsidP="00114AAC">
      <w:pPr>
        <w:pStyle w:val="ae"/>
        <w:spacing w:before="100" w:beforeAutospacing="1" w:after="100" w:afterAutospacing="1" w:line="480" w:lineRule="auto"/>
        <w:ind w:left="360"/>
        <w:rPr>
          <w:rFonts w:ascii="Arial" w:hAnsi="Arial" w:cs="Arial"/>
          <w:b/>
          <w:bCs/>
          <w:sz w:val="24"/>
          <w:szCs w:val="20"/>
        </w:rPr>
      </w:pPr>
      <w:r w:rsidRPr="00114AAC">
        <w:rPr>
          <w:rFonts w:ascii="Arial" w:hAnsi="Arial" w:cs="Arial"/>
          <w:b/>
          <w:bCs/>
          <w:noProof/>
          <w:sz w:val="24"/>
          <w:szCs w:val="20"/>
        </w:rPr>
        <w:drawing>
          <wp:inline distT="0" distB="0" distL="0" distR="0" wp14:anchorId="33FBBDAE" wp14:editId="290EED4D">
            <wp:extent cx="5522988" cy="7362825"/>
            <wp:effectExtent l="0" t="0" r="190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34512" cy="7378188"/>
                    </a:xfrm>
                    <a:prstGeom prst="rect">
                      <a:avLst/>
                    </a:prstGeom>
                    <a:noFill/>
                    <a:ln>
                      <a:noFill/>
                    </a:ln>
                  </pic:spPr>
                </pic:pic>
              </a:graphicData>
            </a:graphic>
          </wp:inline>
        </w:drawing>
      </w:r>
    </w:p>
    <w:p w14:paraId="23833DD2" w14:textId="6822AF96" w:rsidR="00114AAC" w:rsidRDefault="00114AAC" w:rsidP="00114AAC">
      <w:pPr>
        <w:pStyle w:val="ae"/>
        <w:spacing w:before="100" w:beforeAutospacing="1" w:after="100" w:afterAutospacing="1" w:line="480" w:lineRule="auto"/>
        <w:rPr>
          <w:rFonts w:ascii="Arial" w:hAnsi="Arial" w:cs="Arial"/>
          <w:b/>
          <w:bCs/>
          <w:sz w:val="28"/>
          <w:szCs w:val="28"/>
          <w:lang w:val="fr-FR"/>
        </w:rPr>
      </w:pPr>
    </w:p>
    <w:p w14:paraId="15B6EE4D" w14:textId="25E0CD86" w:rsidR="00C506E2" w:rsidRDefault="00C506E2" w:rsidP="00114AAC">
      <w:pPr>
        <w:pStyle w:val="ae"/>
        <w:spacing w:before="100" w:beforeAutospacing="1" w:after="100" w:afterAutospacing="1" w:line="480" w:lineRule="auto"/>
        <w:rPr>
          <w:rFonts w:ascii="Arial" w:hAnsi="Arial" w:cs="Arial"/>
          <w:b/>
          <w:bCs/>
          <w:sz w:val="28"/>
          <w:szCs w:val="28"/>
          <w:lang w:val="fr-FR"/>
        </w:rPr>
      </w:pPr>
    </w:p>
    <w:p w14:paraId="3C396772" w14:textId="01424B1F" w:rsidR="00C506E2" w:rsidRDefault="00C506E2" w:rsidP="00114AAC">
      <w:pPr>
        <w:pStyle w:val="ae"/>
        <w:spacing w:before="100" w:beforeAutospacing="1" w:after="100" w:afterAutospacing="1" w:line="480" w:lineRule="auto"/>
        <w:rPr>
          <w:rFonts w:ascii="Arial" w:hAnsi="Arial" w:cs="Arial"/>
          <w:b/>
          <w:bCs/>
          <w:sz w:val="28"/>
          <w:szCs w:val="28"/>
          <w:lang w:val="fr-FR"/>
        </w:rPr>
      </w:pPr>
    </w:p>
    <w:tbl>
      <w:tblPr>
        <w:tblStyle w:val="aff0"/>
        <w:tblW w:w="9198" w:type="dxa"/>
        <w:tblInd w:w="720" w:type="dxa"/>
        <w:tblLook w:val="04A0" w:firstRow="1" w:lastRow="0" w:firstColumn="1" w:lastColumn="0" w:noHBand="0" w:noVBand="1"/>
      </w:tblPr>
      <w:tblGrid>
        <w:gridCol w:w="556"/>
        <w:gridCol w:w="2972"/>
        <w:gridCol w:w="1745"/>
        <w:gridCol w:w="3925"/>
      </w:tblGrid>
      <w:tr w:rsidR="0000218D" w14:paraId="45619228" w14:textId="77777777" w:rsidTr="00210EAC">
        <w:tc>
          <w:tcPr>
            <w:tcW w:w="9198" w:type="dxa"/>
            <w:gridSpan w:val="4"/>
          </w:tcPr>
          <w:p w14:paraId="5D2DE972" w14:textId="1C4BD168" w:rsidR="0000218D" w:rsidRPr="0000218D" w:rsidRDefault="0000218D" w:rsidP="0000218D">
            <w:pPr>
              <w:pStyle w:val="ae"/>
              <w:spacing w:before="100" w:beforeAutospacing="1" w:after="100" w:afterAutospacing="1"/>
              <w:ind w:left="0"/>
              <w:jc w:val="center"/>
              <w:rPr>
                <w:rFonts w:ascii="Times New Roman" w:hAnsi="Times New Roman" w:cs="Times New Roman"/>
                <w:b/>
                <w:bCs/>
                <w:sz w:val="24"/>
                <w:szCs w:val="24"/>
                <w:lang w:val="ro-RO"/>
              </w:rPr>
            </w:pPr>
            <w:r w:rsidRPr="0000218D">
              <w:rPr>
                <w:rStyle w:val="af6"/>
                <w:rFonts w:ascii="Times New Roman" w:hAnsi="Times New Roman" w:cs="Times New Roman"/>
                <w:b w:val="0"/>
                <w:bCs w:val="0"/>
                <w:sz w:val="24"/>
                <w:szCs w:val="24"/>
                <w:lang w:val="ro-RO"/>
              </w:rPr>
              <w:lastRenderedPageBreak/>
              <w:t>L</w:t>
            </w:r>
            <w:r w:rsidRPr="0000218D">
              <w:rPr>
                <w:rFonts w:ascii="Times New Roman" w:hAnsi="Times New Roman" w:cs="Times New Roman"/>
                <w:b/>
                <w:bCs/>
                <w:sz w:val="24"/>
                <w:szCs w:val="24"/>
                <w:lang w:val="ro-RO"/>
              </w:rPr>
              <w:t>ucrări de infrastructură privind edificarea  monumente de for public: „Bustul lui Ion Druță” – în Parcul „Mihai Eminescu” (Aleea Clasicilor)</w:t>
            </w:r>
          </w:p>
        </w:tc>
      </w:tr>
      <w:tr w:rsidR="0000218D" w14:paraId="005608D5" w14:textId="77777777" w:rsidTr="00934A9F">
        <w:tc>
          <w:tcPr>
            <w:tcW w:w="556" w:type="dxa"/>
          </w:tcPr>
          <w:p w14:paraId="213E0071" w14:textId="77777777" w:rsidR="0000218D" w:rsidRPr="0000218D" w:rsidRDefault="0000218D" w:rsidP="0000218D">
            <w:pPr>
              <w:pStyle w:val="ae"/>
              <w:spacing w:before="100" w:beforeAutospacing="1" w:after="100" w:afterAutospacing="1"/>
              <w:ind w:left="0"/>
              <w:rPr>
                <w:rFonts w:ascii="Times New Roman" w:hAnsi="Times New Roman" w:cs="Times New Roman"/>
                <w:b/>
                <w:bCs/>
                <w:sz w:val="22"/>
                <w:lang w:val="ro-RO"/>
              </w:rPr>
            </w:pPr>
            <w:r w:rsidRPr="0000218D">
              <w:rPr>
                <w:rFonts w:ascii="Times New Roman" w:hAnsi="Times New Roman" w:cs="Times New Roman"/>
                <w:b/>
                <w:bCs/>
                <w:sz w:val="22"/>
                <w:lang w:val="ro-RO"/>
              </w:rPr>
              <w:t>Nr.</w:t>
            </w:r>
          </w:p>
        </w:tc>
        <w:tc>
          <w:tcPr>
            <w:tcW w:w="2972" w:type="dxa"/>
          </w:tcPr>
          <w:p w14:paraId="62A3BD59" w14:textId="77777777" w:rsidR="0000218D" w:rsidRPr="0000218D" w:rsidRDefault="0000218D" w:rsidP="0000218D">
            <w:pPr>
              <w:pStyle w:val="ae"/>
              <w:spacing w:before="100" w:beforeAutospacing="1" w:after="100" w:afterAutospacing="1"/>
              <w:ind w:left="0"/>
              <w:rPr>
                <w:rFonts w:ascii="Times New Roman" w:hAnsi="Times New Roman" w:cs="Times New Roman"/>
                <w:b/>
                <w:bCs/>
                <w:sz w:val="22"/>
                <w:lang w:val="ro-RO"/>
              </w:rPr>
            </w:pPr>
            <w:r w:rsidRPr="0000218D">
              <w:rPr>
                <w:rFonts w:ascii="Times New Roman" w:hAnsi="Times New Roman" w:cs="Times New Roman"/>
                <w:b/>
                <w:bCs/>
                <w:sz w:val="22"/>
                <w:lang w:val="ro-RO"/>
              </w:rPr>
              <w:t>Lucrări</w:t>
            </w:r>
          </w:p>
        </w:tc>
        <w:tc>
          <w:tcPr>
            <w:tcW w:w="1745" w:type="dxa"/>
          </w:tcPr>
          <w:p w14:paraId="3EA3F86B" w14:textId="77777777" w:rsidR="0000218D" w:rsidRPr="0000218D" w:rsidRDefault="0000218D" w:rsidP="0000218D">
            <w:pPr>
              <w:pStyle w:val="ae"/>
              <w:spacing w:before="100" w:beforeAutospacing="1" w:after="100" w:afterAutospacing="1"/>
              <w:ind w:left="0"/>
              <w:rPr>
                <w:rFonts w:ascii="Times New Roman" w:hAnsi="Times New Roman" w:cs="Times New Roman"/>
                <w:b/>
                <w:bCs/>
                <w:sz w:val="22"/>
                <w:lang w:val="ro-RO"/>
              </w:rPr>
            </w:pPr>
            <w:r w:rsidRPr="0000218D">
              <w:rPr>
                <w:rFonts w:ascii="Times New Roman" w:hAnsi="Times New Roman" w:cs="Times New Roman"/>
                <w:b/>
                <w:bCs/>
                <w:sz w:val="22"/>
                <w:lang w:val="ro-RO"/>
              </w:rPr>
              <w:t>U.m</w:t>
            </w:r>
          </w:p>
        </w:tc>
        <w:tc>
          <w:tcPr>
            <w:tcW w:w="3925" w:type="dxa"/>
          </w:tcPr>
          <w:p w14:paraId="337DE8BA" w14:textId="77777777" w:rsidR="0000218D" w:rsidRPr="0000218D" w:rsidRDefault="0000218D" w:rsidP="0000218D">
            <w:pPr>
              <w:pStyle w:val="ae"/>
              <w:spacing w:before="100" w:beforeAutospacing="1" w:after="100" w:afterAutospacing="1"/>
              <w:ind w:left="0"/>
              <w:rPr>
                <w:rFonts w:ascii="Times New Roman" w:hAnsi="Times New Roman" w:cs="Times New Roman"/>
                <w:b/>
                <w:bCs/>
                <w:sz w:val="22"/>
                <w:lang w:val="ro-RO"/>
              </w:rPr>
            </w:pPr>
            <w:r w:rsidRPr="0000218D">
              <w:rPr>
                <w:rFonts w:ascii="Times New Roman" w:hAnsi="Times New Roman" w:cs="Times New Roman"/>
                <w:b/>
                <w:bCs/>
                <w:sz w:val="22"/>
                <w:lang w:val="ro-RO"/>
              </w:rPr>
              <w:t>Cantitatea conform datelor de proiect</w:t>
            </w:r>
          </w:p>
        </w:tc>
      </w:tr>
      <w:tr w:rsidR="0000218D" w14:paraId="57F8207E" w14:textId="77777777" w:rsidTr="00934A9F">
        <w:tc>
          <w:tcPr>
            <w:tcW w:w="9198" w:type="dxa"/>
            <w:gridSpan w:val="4"/>
          </w:tcPr>
          <w:p w14:paraId="7F9D7E02" w14:textId="24EFB6F7" w:rsidR="0000218D" w:rsidRPr="00F90E0E" w:rsidRDefault="0000218D" w:rsidP="0000218D">
            <w:pPr>
              <w:pStyle w:val="ae"/>
              <w:spacing w:before="100" w:beforeAutospacing="1" w:after="100" w:afterAutospacing="1"/>
              <w:ind w:left="0"/>
              <w:jc w:val="center"/>
              <w:rPr>
                <w:rFonts w:ascii="Arial" w:hAnsi="Arial" w:cs="Arial"/>
                <w:b/>
                <w:bCs/>
                <w:sz w:val="28"/>
                <w:szCs w:val="28"/>
                <w:lang w:val="ro-RO"/>
              </w:rPr>
            </w:pPr>
          </w:p>
        </w:tc>
      </w:tr>
      <w:tr w:rsidR="0000218D" w14:paraId="709F1840" w14:textId="77777777" w:rsidTr="00934A9F">
        <w:tc>
          <w:tcPr>
            <w:tcW w:w="556" w:type="dxa"/>
          </w:tcPr>
          <w:p w14:paraId="65035D1C"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1</w:t>
            </w:r>
          </w:p>
        </w:tc>
        <w:tc>
          <w:tcPr>
            <w:tcW w:w="2972" w:type="dxa"/>
          </w:tcPr>
          <w:p w14:paraId="4D17E51F" w14:textId="35774D6C"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Crearea modelului bustului din material moale în mărimea operei (așezarea brută a argilei</w:t>
            </w:r>
            <w:r>
              <w:rPr>
                <w:rFonts w:ascii="Times New Roman" w:hAnsi="Times New Roman" w:cs="Times New Roman"/>
                <w:sz w:val="22"/>
                <w:lang w:val="ro-RO"/>
              </w:rPr>
              <w:t>/plastelină</w:t>
            </w:r>
            <w:r w:rsidRPr="00F90E0E">
              <w:rPr>
                <w:rFonts w:ascii="Times New Roman" w:hAnsi="Times New Roman" w:cs="Times New Roman"/>
                <w:sz w:val="22"/>
                <w:lang w:val="ro-RO"/>
              </w:rPr>
              <w:t xml:space="preserve"> pe scheletul din lemn și metal, modelarea în argilă</w:t>
            </w:r>
            <w:r>
              <w:rPr>
                <w:rFonts w:ascii="Times New Roman" w:hAnsi="Times New Roman" w:cs="Times New Roman"/>
                <w:sz w:val="22"/>
                <w:lang w:val="ro-RO"/>
              </w:rPr>
              <w:t>/plastelină</w:t>
            </w:r>
            <w:r w:rsidRPr="00F90E0E">
              <w:rPr>
                <w:rFonts w:ascii="Times New Roman" w:hAnsi="Times New Roman" w:cs="Times New Roman"/>
                <w:sz w:val="22"/>
                <w:lang w:val="ro-RO"/>
              </w:rPr>
              <w:t xml:space="preserve"> cu prelucrarea ulterioară în ipsos a bustului de 2,</w:t>
            </w:r>
            <w:r>
              <w:rPr>
                <w:rFonts w:ascii="Times New Roman" w:hAnsi="Times New Roman" w:cs="Times New Roman"/>
                <w:sz w:val="22"/>
                <w:lang w:val="ro-RO"/>
              </w:rPr>
              <w:t>6</w:t>
            </w:r>
            <w:r w:rsidRPr="00F90E0E">
              <w:rPr>
                <w:rFonts w:ascii="Times New Roman" w:hAnsi="Times New Roman" w:cs="Times New Roman"/>
                <w:sz w:val="22"/>
                <w:lang w:val="ro-RO"/>
              </w:rPr>
              <w:t xml:space="preserve"> </w:t>
            </w:r>
            <w:r>
              <w:rPr>
                <w:rFonts w:ascii="Times New Roman" w:hAnsi="Times New Roman" w:cs="Times New Roman"/>
                <w:sz w:val="22"/>
                <w:lang w:val="ro-RO"/>
              </w:rPr>
              <w:t>(</w:t>
            </w:r>
            <w:r w:rsidRPr="00F90E0E">
              <w:rPr>
                <w:rFonts w:ascii="Times New Roman" w:hAnsi="Times New Roman" w:cs="Times New Roman"/>
                <w:sz w:val="22"/>
                <w:lang w:val="ro-RO"/>
              </w:rPr>
              <w:t>mărimi naturale)</w:t>
            </w:r>
          </w:p>
        </w:tc>
        <w:tc>
          <w:tcPr>
            <w:tcW w:w="1745" w:type="dxa"/>
          </w:tcPr>
          <w:p w14:paraId="28BDA9F5"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Pr>
                <w:rFonts w:ascii="Times New Roman" w:hAnsi="Times New Roman" w:cs="Times New Roman"/>
                <w:sz w:val="22"/>
                <w:lang w:val="ro-RO"/>
              </w:rPr>
              <w:t>b</w:t>
            </w:r>
            <w:r w:rsidRPr="00F90E0E">
              <w:rPr>
                <w:rFonts w:ascii="Times New Roman" w:hAnsi="Times New Roman" w:cs="Times New Roman"/>
                <w:sz w:val="22"/>
                <w:lang w:val="ro-RO"/>
              </w:rPr>
              <w:t>uc</w:t>
            </w:r>
          </w:p>
        </w:tc>
        <w:tc>
          <w:tcPr>
            <w:tcW w:w="3925" w:type="dxa"/>
          </w:tcPr>
          <w:p w14:paraId="0F2DF1BA"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1</w:t>
            </w:r>
            <w:r>
              <w:rPr>
                <w:rFonts w:ascii="Times New Roman" w:hAnsi="Times New Roman" w:cs="Times New Roman"/>
                <w:sz w:val="22"/>
                <w:lang w:val="ro-RO"/>
              </w:rPr>
              <w:t xml:space="preserve"> </w:t>
            </w:r>
          </w:p>
        </w:tc>
      </w:tr>
      <w:tr w:rsidR="0000218D" w14:paraId="6D6AE252" w14:textId="77777777" w:rsidTr="00934A9F">
        <w:tc>
          <w:tcPr>
            <w:tcW w:w="556" w:type="dxa"/>
          </w:tcPr>
          <w:p w14:paraId="22724B7C"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2</w:t>
            </w:r>
          </w:p>
        </w:tc>
        <w:tc>
          <w:tcPr>
            <w:tcW w:w="2972" w:type="dxa"/>
          </w:tcPr>
          <w:p w14:paraId="15C68DD2"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Crearea (transpunerea) operei sculpturale în materia</w:t>
            </w:r>
            <w:r>
              <w:rPr>
                <w:rFonts w:ascii="Times New Roman" w:hAnsi="Times New Roman" w:cs="Times New Roman"/>
                <w:sz w:val="22"/>
                <w:lang w:val="ro-RO"/>
              </w:rPr>
              <w:t>l</w:t>
            </w:r>
            <w:r w:rsidRPr="00F90E0E">
              <w:rPr>
                <w:rFonts w:ascii="Times New Roman" w:hAnsi="Times New Roman" w:cs="Times New Roman"/>
                <w:sz w:val="22"/>
                <w:lang w:val="ro-RO"/>
              </w:rPr>
              <w:t xml:space="preserve"> tare – bronz turnată (după model din ceară), scoaterea negativelor din ipsos, prelucrarea medelului din ceară, înpachetarea, topirea și </w:t>
            </w:r>
            <w:r>
              <w:rPr>
                <w:rFonts w:ascii="Times New Roman" w:hAnsi="Times New Roman" w:cs="Times New Roman"/>
                <w:sz w:val="22"/>
                <w:lang w:val="ro-RO"/>
              </w:rPr>
              <w:t>e</w:t>
            </w:r>
            <w:r w:rsidRPr="00F90E0E">
              <w:rPr>
                <w:rFonts w:ascii="Times New Roman" w:hAnsi="Times New Roman" w:cs="Times New Roman"/>
                <w:sz w:val="22"/>
                <w:lang w:val="ro-RO"/>
              </w:rPr>
              <w:t>vacuarea cearei, calicnarea formei de ipsos, turnarea metalului, curățarea detaliilor turnate, sudarea, prelucrarea metalului etc)</w:t>
            </w:r>
          </w:p>
        </w:tc>
        <w:tc>
          <w:tcPr>
            <w:tcW w:w="1745" w:type="dxa"/>
          </w:tcPr>
          <w:p w14:paraId="7D3B667C"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Pr>
                <w:rFonts w:ascii="Times New Roman" w:hAnsi="Times New Roman" w:cs="Times New Roman"/>
                <w:sz w:val="22"/>
                <w:lang w:val="ro-RO"/>
              </w:rPr>
              <w:t>b</w:t>
            </w:r>
            <w:r w:rsidRPr="00F90E0E">
              <w:rPr>
                <w:rFonts w:ascii="Times New Roman" w:hAnsi="Times New Roman" w:cs="Times New Roman"/>
                <w:sz w:val="22"/>
                <w:lang w:val="ro-RO"/>
              </w:rPr>
              <w:t>uc</w:t>
            </w:r>
          </w:p>
        </w:tc>
        <w:tc>
          <w:tcPr>
            <w:tcW w:w="3925" w:type="dxa"/>
          </w:tcPr>
          <w:p w14:paraId="6AD7A1E6"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1</w:t>
            </w:r>
            <w:r>
              <w:rPr>
                <w:rFonts w:ascii="Times New Roman" w:hAnsi="Times New Roman" w:cs="Times New Roman"/>
                <w:sz w:val="22"/>
                <w:lang w:val="ro-RO"/>
              </w:rPr>
              <w:t xml:space="preserve"> </w:t>
            </w:r>
          </w:p>
        </w:tc>
      </w:tr>
      <w:tr w:rsidR="0000218D" w14:paraId="4AA3E131" w14:textId="77777777" w:rsidTr="00934A9F">
        <w:tc>
          <w:tcPr>
            <w:tcW w:w="556" w:type="dxa"/>
          </w:tcPr>
          <w:p w14:paraId="3879680A"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3</w:t>
            </w:r>
          </w:p>
        </w:tc>
        <w:tc>
          <w:tcPr>
            <w:tcW w:w="2972" w:type="dxa"/>
          </w:tcPr>
          <w:p w14:paraId="2499120A" w14:textId="50817D9F"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Lucrări de modelare din ipsos a bustului cu h=2,</w:t>
            </w:r>
            <w:r>
              <w:rPr>
                <w:rFonts w:ascii="Times New Roman" w:hAnsi="Times New Roman" w:cs="Times New Roman"/>
                <w:sz w:val="22"/>
                <w:lang w:val="ro-RO"/>
              </w:rPr>
              <w:t>6</w:t>
            </w:r>
            <w:r w:rsidRPr="00F90E0E">
              <w:rPr>
                <w:rFonts w:ascii="Times New Roman" w:hAnsi="Times New Roman" w:cs="Times New Roman"/>
                <w:sz w:val="22"/>
                <w:lang w:val="ro-RO"/>
              </w:rPr>
              <w:t xml:space="preserve"> m.n (Confecționarea tiparului brut cu turnarea modelului din ipsos, confecționarea tiparelor curate de ipsos din bucăți, turnarea modelului din ipsos în tepare curate)</w:t>
            </w:r>
          </w:p>
        </w:tc>
        <w:tc>
          <w:tcPr>
            <w:tcW w:w="1745" w:type="dxa"/>
          </w:tcPr>
          <w:p w14:paraId="1F55CB46"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buc</w:t>
            </w:r>
          </w:p>
        </w:tc>
        <w:tc>
          <w:tcPr>
            <w:tcW w:w="3925" w:type="dxa"/>
          </w:tcPr>
          <w:p w14:paraId="3963F467"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1</w:t>
            </w:r>
          </w:p>
        </w:tc>
      </w:tr>
      <w:tr w:rsidR="0000218D" w14:paraId="55E6FF51" w14:textId="77777777" w:rsidTr="00934A9F">
        <w:tc>
          <w:tcPr>
            <w:tcW w:w="556" w:type="dxa"/>
          </w:tcPr>
          <w:p w14:paraId="0C030379"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4</w:t>
            </w:r>
          </w:p>
        </w:tc>
        <w:tc>
          <w:tcPr>
            <w:tcW w:w="2972" w:type="dxa"/>
          </w:tcPr>
          <w:p w14:paraId="6AA8F74C"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Supraveghere și conducerea de autor pentru crearea operei sculpturale din material tare</w:t>
            </w:r>
          </w:p>
        </w:tc>
        <w:tc>
          <w:tcPr>
            <w:tcW w:w="1745" w:type="dxa"/>
          </w:tcPr>
          <w:p w14:paraId="6F23FD3E"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h-ore</w:t>
            </w:r>
          </w:p>
        </w:tc>
        <w:tc>
          <w:tcPr>
            <w:tcW w:w="3925" w:type="dxa"/>
          </w:tcPr>
          <w:p w14:paraId="52B71D2C"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1</w:t>
            </w:r>
          </w:p>
        </w:tc>
      </w:tr>
      <w:tr w:rsidR="0000218D" w14:paraId="0AC6CCBC" w14:textId="77777777" w:rsidTr="00934A9F">
        <w:tc>
          <w:tcPr>
            <w:tcW w:w="556" w:type="dxa"/>
          </w:tcPr>
          <w:p w14:paraId="19DDBA91"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5</w:t>
            </w:r>
          </w:p>
        </w:tc>
        <w:tc>
          <w:tcPr>
            <w:tcW w:w="2972" w:type="dxa"/>
          </w:tcPr>
          <w:p w14:paraId="6A4B14FB"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Confecționarea postamentului, montarea, amenajarea terenului aferent</w:t>
            </w:r>
          </w:p>
        </w:tc>
        <w:tc>
          <w:tcPr>
            <w:tcW w:w="1745" w:type="dxa"/>
          </w:tcPr>
          <w:p w14:paraId="5D70C5E3"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buc</w:t>
            </w:r>
          </w:p>
        </w:tc>
        <w:tc>
          <w:tcPr>
            <w:tcW w:w="3925" w:type="dxa"/>
          </w:tcPr>
          <w:p w14:paraId="4A647419"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1</w:t>
            </w:r>
          </w:p>
        </w:tc>
      </w:tr>
      <w:tr w:rsidR="0000218D" w14:paraId="79766519" w14:textId="77777777" w:rsidTr="00934A9F">
        <w:tc>
          <w:tcPr>
            <w:tcW w:w="9198" w:type="dxa"/>
            <w:gridSpan w:val="4"/>
          </w:tcPr>
          <w:p w14:paraId="07A9001F" w14:textId="77777777" w:rsidR="0000218D" w:rsidRPr="00F90E0E" w:rsidRDefault="0000218D" w:rsidP="0000218D">
            <w:pPr>
              <w:pStyle w:val="ae"/>
              <w:spacing w:before="100" w:beforeAutospacing="1" w:after="100" w:afterAutospacing="1"/>
              <w:ind w:left="0"/>
              <w:jc w:val="center"/>
              <w:rPr>
                <w:rFonts w:ascii="Times New Roman" w:hAnsi="Times New Roman" w:cs="Times New Roman"/>
                <w:sz w:val="22"/>
                <w:lang w:val="ro-RO"/>
              </w:rPr>
            </w:pPr>
            <w:r w:rsidRPr="00F90E0E">
              <w:rPr>
                <w:rFonts w:ascii="Times New Roman" w:hAnsi="Times New Roman" w:cs="Times New Roman"/>
                <w:sz w:val="22"/>
                <w:lang w:val="ro-RO"/>
              </w:rPr>
              <w:t>Materiale pentru edificarea monumentului</w:t>
            </w:r>
          </w:p>
        </w:tc>
      </w:tr>
      <w:tr w:rsidR="0000218D" w14:paraId="33C257BE" w14:textId="77777777" w:rsidTr="00934A9F">
        <w:tc>
          <w:tcPr>
            <w:tcW w:w="556" w:type="dxa"/>
          </w:tcPr>
          <w:p w14:paraId="4E1166FE"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1</w:t>
            </w:r>
          </w:p>
        </w:tc>
        <w:tc>
          <w:tcPr>
            <w:tcW w:w="2972" w:type="dxa"/>
          </w:tcPr>
          <w:p w14:paraId="0CA9024E"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Ipsos de modelat</w:t>
            </w:r>
          </w:p>
        </w:tc>
        <w:tc>
          <w:tcPr>
            <w:tcW w:w="1745" w:type="dxa"/>
          </w:tcPr>
          <w:p w14:paraId="4ACA309E"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kg</w:t>
            </w:r>
          </w:p>
        </w:tc>
        <w:tc>
          <w:tcPr>
            <w:tcW w:w="3925" w:type="dxa"/>
          </w:tcPr>
          <w:p w14:paraId="49B805C6" w14:textId="3DE4B7E3"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Pr>
                <w:rFonts w:ascii="Times New Roman" w:hAnsi="Times New Roman" w:cs="Times New Roman"/>
                <w:sz w:val="22"/>
                <w:lang w:val="ro-RO"/>
              </w:rPr>
              <w:t>120</w:t>
            </w:r>
          </w:p>
        </w:tc>
      </w:tr>
      <w:tr w:rsidR="0000218D" w14:paraId="2C165B2B" w14:textId="77777777" w:rsidTr="00934A9F">
        <w:tc>
          <w:tcPr>
            <w:tcW w:w="556" w:type="dxa"/>
          </w:tcPr>
          <w:p w14:paraId="41ACF38F"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2</w:t>
            </w:r>
          </w:p>
        </w:tc>
        <w:tc>
          <w:tcPr>
            <w:tcW w:w="2972" w:type="dxa"/>
          </w:tcPr>
          <w:p w14:paraId="23087F21"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Ipsos G5</w:t>
            </w:r>
          </w:p>
        </w:tc>
        <w:tc>
          <w:tcPr>
            <w:tcW w:w="1745" w:type="dxa"/>
          </w:tcPr>
          <w:p w14:paraId="1801E816"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kg</w:t>
            </w:r>
          </w:p>
        </w:tc>
        <w:tc>
          <w:tcPr>
            <w:tcW w:w="3925" w:type="dxa"/>
          </w:tcPr>
          <w:p w14:paraId="1C315854" w14:textId="2B40B0E1"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Pr>
                <w:rFonts w:ascii="Times New Roman" w:hAnsi="Times New Roman" w:cs="Times New Roman"/>
                <w:sz w:val="22"/>
                <w:lang w:val="ro-RO"/>
              </w:rPr>
              <w:t>260</w:t>
            </w:r>
          </w:p>
        </w:tc>
      </w:tr>
      <w:tr w:rsidR="0000218D" w14:paraId="538FCF9B" w14:textId="77777777" w:rsidTr="00934A9F">
        <w:tc>
          <w:tcPr>
            <w:tcW w:w="556" w:type="dxa"/>
          </w:tcPr>
          <w:p w14:paraId="70B4537D"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3</w:t>
            </w:r>
          </w:p>
        </w:tc>
        <w:tc>
          <w:tcPr>
            <w:tcW w:w="2972" w:type="dxa"/>
          </w:tcPr>
          <w:p w14:paraId="50F3DE91"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Ceară de albine</w:t>
            </w:r>
          </w:p>
        </w:tc>
        <w:tc>
          <w:tcPr>
            <w:tcW w:w="1745" w:type="dxa"/>
          </w:tcPr>
          <w:p w14:paraId="36AE39C4"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kg</w:t>
            </w:r>
          </w:p>
        </w:tc>
        <w:tc>
          <w:tcPr>
            <w:tcW w:w="3925" w:type="dxa"/>
          </w:tcPr>
          <w:p w14:paraId="54EAECEB" w14:textId="5C7CB8E9"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Pr>
                <w:rFonts w:ascii="Times New Roman" w:hAnsi="Times New Roman" w:cs="Times New Roman"/>
                <w:sz w:val="22"/>
                <w:lang w:val="ro-RO"/>
              </w:rPr>
              <w:t>70</w:t>
            </w:r>
          </w:p>
        </w:tc>
      </w:tr>
      <w:tr w:rsidR="0000218D" w14:paraId="11ACF502" w14:textId="77777777" w:rsidTr="00934A9F">
        <w:tc>
          <w:tcPr>
            <w:tcW w:w="556" w:type="dxa"/>
          </w:tcPr>
          <w:p w14:paraId="4F1C5E26"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4</w:t>
            </w:r>
          </w:p>
        </w:tc>
        <w:tc>
          <w:tcPr>
            <w:tcW w:w="2972" w:type="dxa"/>
          </w:tcPr>
          <w:p w14:paraId="0E54C6C7"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Energie electrică</w:t>
            </w:r>
          </w:p>
        </w:tc>
        <w:tc>
          <w:tcPr>
            <w:tcW w:w="1745" w:type="dxa"/>
          </w:tcPr>
          <w:p w14:paraId="655A7424"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kWt</w:t>
            </w:r>
          </w:p>
        </w:tc>
        <w:tc>
          <w:tcPr>
            <w:tcW w:w="3925" w:type="dxa"/>
          </w:tcPr>
          <w:p w14:paraId="5A267D97" w14:textId="23A84F65"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Pr>
                <w:rFonts w:ascii="Times New Roman" w:hAnsi="Times New Roman" w:cs="Times New Roman"/>
                <w:sz w:val="22"/>
                <w:lang w:val="ro-RO"/>
              </w:rPr>
              <w:t>880</w:t>
            </w:r>
          </w:p>
        </w:tc>
      </w:tr>
      <w:tr w:rsidR="0000218D" w14:paraId="7AE3D82E" w14:textId="77777777" w:rsidTr="00934A9F">
        <w:tc>
          <w:tcPr>
            <w:tcW w:w="556" w:type="dxa"/>
          </w:tcPr>
          <w:p w14:paraId="333FF776"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5</w:t>
            </w:r>
          </w:p>
        </w:tc>
        <w:tc>
          <w:tcPr>
            <w:tcW w:w="2972" w:type="dxa"/>
          </w:tcPr>
          <w:p w14:paraId="38054A60"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Bronz pentru turnare</w:t>
            </w:r>
          </w:p>
        </w:tc>
        <w:tc>
          <w:tcPr>
            <w:tcW w:w="1745" w:type="dxa"/>
          </w:tcPr>
          <w:p w14:paraId="3E031CEB"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kg</w:t>
            </w:r>
          </w:p>
        </w:tc>
        <w:tc>
          <w:tcPr>
            <w:tcW w:w="3925" w:type="dxa"/>
          </w:tcPr>
          <w:p w14:paraId="18792742" w14:textId="6C1B1C25"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Pr>
                <w:rFonts w:ascii="Times New Roman" w:hAnsi="Times New Roman" w:cs="Times New Roman"/>
                <w:sz w:val="22"/>
                <w:lang w:val="ro-RO"/>
              </w:rPr>
              <w:t>160</w:t>
            </w:r>
          </w:p>
        </w:tc>
      </w:tr>
      <w:tr w:rsidR="0000218D" w14:paraId="07B3F544" w14:textId="77777777" w:rsidTr="00934A9F">
        <w:tc>
          <w:tcPr>
            <w:tcW w:w="556" w:type="dxa"/>
          </w:tcPr>
          <w:p w14:paraId="11E94850"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6</w:t>
            </w:r>
          </w:p>
        </w:tc>
        <w:tc>
          <w:tcPr>
            <w:tcW w:w="2972" w:type="dxa"/>
          </w:tcPr>
          <w:p w14:paraId="3D87D23F"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Sîrmă de bronz pentru sudare</w:t>
            </w:r>
          </w:p>
        </w:tc>
        <w:tc>
          <w:tcPr>
            <w:tcW w:w="1745" w:type="dxa"/>
          </w:tcPr>
          <w:p w14:paraId="1E9982AC"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kg</w:t>
            </w:r>
          </w:p>
        </w:tc>
        <w:tc>
          <w:tcPr>
            <w:tcW w:w="3925" w:type="dxa"/>
          </w:tcPr>
          <w:p w14:paraId="0236B46A" w14:textId="1389209F"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Pr>
                <w:rFonts w:ascii="Times New Roman" w:hAnsi="Times New Roman" w:cs="Times New Roman"/>
                <w:sz w:val="22"/>
                <w:lang w:val="ro-RO"/>
              </w:rPr>
              <w:t>6</w:t>
            </w:r>
          </w:p>
        </w:tc>
      </w:tr>
      <w:tr w:rsidR="0000218D" w14:paraId="70906DA7" w14:textId="77777777" w:rsidTr="00934A9F">
        <w:tc>
          <w:tcPr>
            <w:tcW w:w="556" w:type="dxa"/>
          </w:tcPr>
          <w:p w14:paraId="1DD4F25F"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7</w:t>
            </w:r>
          </w:p>
        </w:tc>
        <w:tc>
          <w:tcPr>
            <w:tcW w:w="2972" w:type="dxa"/>
          </w:tcPr>
          <w:p w14:paraId="0D62E79E"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Argoz gazos, calI</w:t>
            </w:r>
          </w:p>
        </w:tc>
        <w:tc>
          <w:tcPr>
            <w:tcW w:w="1745" w:type="dxa"/>
          </w:tcPr>
          <w:p w14:paraId="265C5D12"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buc</w:t>
            </w:r>
          </w:p>
        </w:tc>
        <w:tc>
          <w:tcPr>
            <w:tcW w:w="3925" w:type="dxa"/>
          </w:tcPr>
          <w:p w14:paraId="406B545E"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1</w:t>
            </w:r>
          </w:p>
        </w:tc>
      </w:tr>
      <w:tr w:rsidR="0000218D" w14:paraId="4713C214" w14:textId="77777777" w:rsidTr="00934A9F">
        <w:tc>
          <w:tcPr>
            <w:tcW w:w="556" w:type="dxa"/>
          </w:tcPr>
          <w:p w14:paraId="6FCB9D8B"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8</w:t>
            </w:r>
          </w:p>
        </w:tc>
        <w:tc>
          <w:tcPr>
            <w:tcW w:w="2972" w:type="dxa"/>
          </w:tcPr>
          <w:p w14:paraId="7167E3B1"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Discuri de tăiat și șlefuire 125x22x1,2</w:t>
            </w:r>
          </w:p>
        </w:tc>
        <w:tc>
          <w:tcPr>
            <w:tcW w:w="1745" w:type="dxa"/>
          </w:tcPr>
          <w:p w14:paraId="3996E36E"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buc</w:t>
            </w:r>
          </w:p>
        </w:tc>
        <w:tc>
          <w:tcPr>
            <w:tcW w:w="3925" w:type="dxa"/>
          </w:tcPr>
          <w:p w14:paraId="6C9FBC9D" w14:textId="7B15C90F"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Pr>
                <w:rFonts w:ascii="Times New Roman" w:hAnsi="Times New Roman" w:cs="Times New Roman"/>
                <w:sz w:val="22"/>
                <w:lang w:val="ro-RO"/>
              </w:rPr>
              <w:t>25</w:t>
            </w:r>
          </w:p>
        </w:tc>
      </w:tr>
      <w:tr w:rsidR="0000218D" w14:paraId="14180584" w14:textId="77777777" w:rsidTr="00934A9F">
        <w:tc>
          <w:tcPr>
            <w:tcW w:w="556" w:type="dxa"/>
          </w:tcPr>
          <w:p w14:paraId="5C095A99"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9</w:t>
            </w:r>
          </w:p>
        </w:tc>
        <w:tc>
          <w:tcPr>
            <w:tcW w:w="2972" w:type="dxa"/>
          </w:tcPr>
          <w:p w14:paraId="6DE5778C"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Nisip cuarțos de aghires pentru turnătorie simpl. Spal S3965</w:t>
            </w:r>
          </w:p>
        </w:tc>
        <w:tc>
          <w:tcPr>
            <w:tcW w:w="1745" w:type="dxa"/>
          </w:tcPr>
          <w:p w14:paraId="17281924"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kg</w:t>
            </w:r>
          </w:p>
        </w:tc>
        <w:tc>
          <w:tcPr>
            <w:tcW w:w="3925" w:type="dxa"/>
          </w:tcPr>
          <w:p w14:paraId="7859477A" w14:textId="154C327D"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Pr>
                <w:rFonts w:ascii="Times New Roman" w:hAnsi="Times New Roman" w:cs="Times New Roman"/>
                <w:sz w:val="22"/>
                <w:lang w:val="ro-RO"/>
              </w:rPr>
              <w:t>290</w:t>
            </w:r>
          </w:p>
        </w:tc>
      </w:tr>
      <w:tr w:rsidR="0000218D" w14:paraId="6AEA6456" w14:textId="77777777" w:rsidTr="00934A9F">
        <w:tc>
          <w:tcPr>
            <w:tcW w:w="556" w:type="dxa"/>
          </w:tcPr>
          <w:p w14:paraId="78984588"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10</w:t>
            </w:r>
          </w:p>
        </w:tc>
        <w:tc>
          <w:tcPr>
            <w:tcW w:w="2972" w:type="dxa"/>
          </w:tcPr>
          <w:p w14:paraId="04B07589"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Transport</w:t>
            </w:r>
          </w:p>
        </w:tc>
        <w:tc>
          <w:tcPr>
            <w:tcW w:w="1745" w:type="dxa"/>
          </w:tcPr>
          <w:p w14:paraId="0099B774"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Pr>
                <w:rFonts w:ascii="Times New Roman" w:hAnsi="Times New Roman" w:cs="Times New Roman"/>
                <w:sz w:val="22"/>
                <w:lang w:val="ro-RO"/>
              </w:rPr>
              <w:t>km</w:t>
            </w:r>
          </w:p>
        </w:tc>
        <w:tc>
          <w:tcPr>
            <w:tcW w:w="3925" w:type="dxa"/>
          </w:tcPr>
          <w:p w14:paraId="241F96D6" w14:textId="014F24EC"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Pr>
                <w:rFonts w:ascii="Times New Roman" w:hAnsi="Times New Roman" w:cs="Times New Roman"/>
                <w:sz w:val="22"/>
                <w:lang w:val="ro-RO"/>
              </w:rPr>
              <w:t>3</w:t>
            </w:r>
            <w:r>
              <w:rPr>
                <w:rFonts w:ascii="Times New Roman" w:hAnsi="Times New Roman" w:cs="Times New Roman"/>
                <w:sz w:val="22"/>
                <w:lang w:val="ro-RO"/>
              </w:rPr>
              <w:t>900</w:t>
            </w:r>
          </w:p>
        </w:tc>
      </w:tr>
      <w:tr w:rsidR="0000218D" w14:paraId="6177BBB3" w14:textId="77777777" w:rsidTr="00934A9F">
        <w:tc>
          <w:tcPr>
            <w:tcW w:w="9198" w:type="dxa"/>
            <w:gridSpan w:val="4"/>
          </w:tcPr>
          <w:p w14:paraId="3D181F5B" w14:textId="77777777" w:rsidR="0000218D" w:rsidRDefault="0000218D" w:rsidP="0000218D">
            <w:pPr>
              <w:pStyle w:val="ae"/>
              <w:spacing w:before="100" w:beforeAutospacing="1" w:after="100" w:afterAutospacing="1"/>
              <w:ind w:left="0"/>
              <w:jc w:val="center"/>
              <w:rPr>
                <w:rFonts w:ascii="Times New Roman" w:hAnsi="Times New Roman" w:cs="Times New Roman"/>
                <w:sz w:val="22"/>
                <w:lang w:val="ro-RO"/>
              </w:rPr>
            </w:pPr>
            <w:r>
              <w:rPr>
                <w:rFonts w:ascii="Times New Roman" w:hAnsi="Times New Roman" w:cs="Times New Roman"/>
                <w:sz w:val="22"/>
                <w:lang w:val="ro-RO"/>
              </w:rPr>
              <w:t>Creație artistică</w:t>
            </w:r>
          </w:p>
        </w:tc>
      </w:tr>
    </w:tbl>
    <w:p w14:paraId="67489B68" w14:textId="77777777" w:rsidR="00C506E2" w:rsidRDefault="00C506E2" w:rsidP="00114AAC">
      <w:pPr>
        <w:pStyle w:val="ae"/>
        <w:spacing w:before="100" w:beforeAutospacing="1" w:after="100" w:afterAutospacing="1" w:line="480" w:lineRule="auto"/>
        <w:rPr>
          <w:rFonts w:ascii="Arial" w:hAnsi="Arial" w:cs="Arial"/>
          <w:b/>
          <w:bCs/>
          <w:sz w:val="28"/>
          <w:szCs w:val="28"/>
          <w:lang w:val="fr-FR"/>
        </w:rPr>
      </w:pPr>
    </w:p>
    <w:p w14:paraId="33706E02" w14:textId="3CB264D6" w:rsidR="00114AAC" w:rsidRDefault="00114AAC" w:rsidP="00114AAC">
      <w:pPr>
        <w:pStyle w:val="ae"/>
        <w:spacing w:before="100" w:beforeAutospacing="1" w:after="100" w:afterAutospacing="1" w:line="480" w:lineRule="auto"/>
        <w:rPr>
          <w:rFonts w:ascii="Arial" w:hAnsi="Arial" w:cs="Arial"/>
          <w:b/>
          <w:bCs/>
          <w:sz w:val="28"/>
          <w:szCs w:val="28"/>
          <w:lang w:val="fr-FR"/>
        </w:rPr>
      </w:pPr>
    </w:p>
    <w:p w14:paraId="22D3329F" w14:textId="77777777" w:rsidR="00114AAC" w:rsidRPr="00114AAC" w:rsidRDefault="00114AAC" w:rsidP="00114AAC">
      <w:pPr>
        <w:pStyle w:val="ae"/>
        <w:spacing w:before="100" w:beforeAutospacing="1" w:after="100" w:afterAutospacing="1" w:line="480" w:lineRule="auto"/>
        <w:rPr>
          <w:rFonts w:ascii="Arial" w:hAnsi="Arial" w:cs="Arial"/>
          <w:b/>
          <w:bCs/>
          <w:sz w:val="28"/>
          <w:szCs w:val="28"/>
          <w:lang w:val="fr-FR"/>
        </w:rPr>
      </w:pPr>
    </w:p>
    <w:p w14:paraId="27414B82" w14:textId="7CE766AB" w:rsidR="00114AAC" w:rsidRPr="00114AAC" w:rsidRDefault="00114AAC" w:rsidP="00114AAC">
      <w:pPr>
        <w:pStyle w:val="ae"/>
        <w:numPr>
          <w:ilvl w:val="0"/>
          <w:numId w:val="18"/>
        </w:numPr>
        <w:spacing w:before="100" w:beforeAutospacing="1" w:after="100" w:afterAutospacing="1" w:line="480" w:lineRule="auto"/>
        <w:rPr>
          <w:rFonts w:ascii="Arial" w:hAnsi="Arial" w:cs="Arial"/>
          <w:b/>
          <w:bCs/>
          <w:sz w:val="28"/>
          <w:szCs w:val="28"/>
          <w:lang w:val="fr-FR"/>
        </w:rPr>
      </w:pPr>
      <w:r w:rsidRPr="00114AAC">
        <w:rPr>
          <w:rFonts w:ascii="Times New Roman" w:hAnsi="Times New Roman" w:cs="Times New Roman"/>
          <w:b/>
          <w:i/>
          <w:iCs/>
          <w:sz w:val="28"/>
          <w:szCs w:val="28"/>
          <w:u w:val="single"/>
          <w:lang w:val="ro-RO"/>
        </w:rPr>
        <w:t>Grigore Vieru cu maica</w:t>
      </w:r>
    </w:p>
    <w:p w14:paraId="38B3FF89" w14:textId="62462C1C" w:rsidR="00114AAC" w:rsidRDefault="00114AAC" w:rsidP="00114AAC">
      <w:pPr>
        <w:pStyle w:val="ae"/>
        <w:spacing w:before="100" w:beforeAutospacing="1" w:after="100" w:afterAutospacing="1" w:line="480" w:lineRule="auto"/>
        <w:ind w:left="360"/>
        <w:rPr>
          <w:rFonts w:ascii="Arial" w:hAnsi="Arial" w:cs="Arial"/>
          <w:b/>
          <w:bCs/>
          <w:sz w:val="24"/>
          <w:szCs w:val="20"/>
        </w:rPr>
      </w:pPr>
      <w:r w:rsidRPr="00114AAC">
        <w:rPr>
          <w:rFonts w:ascii="Arial" w:hAnsi="Arial" w:cs="Arial"/>
          <w:b/>
          <w:bCs/>
          <w:noProof/>
          <w:sz w:val="24"/>
          <w:szCs w:val="20"/>
        </w:rPr>
        <w:drawing>
          <wp:inline distT="0" distB="0" distL="0" distR="0" wp14:anchorId="77509D84" wp14:editId="66C0CA21">
            <wp:extent cx="5587292" cy="7448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92292" cy="7455215"/>
                    </a:xfrm>
                    <a:prstGeom prst="rect">
                      <a:avLst/>
                    </a:prstGeom>
                    <a:noFill/>
                    <a:ln>
                      <a:noFill/>
                    </a:ln>
                  </pic:spPr>
                </pic:pic>
              </a:graphicData>
            </a:graphic>
          </wp:inline>
        </w:drawing>
      </w:r>
    </w:p>
    <w:p w14:paraId="1590F737" w14:textId="0D1732A0" w:rsidR="00114AAC" w:rsidRDefault="00114AAC" w:rsidP="00114AAC">
      <w:pPr>
        <w:pStyle w:val="ae"/>
        <w:spacing w:before="100" w:beforeAutospacing="1" w:after="100" w:afterAutospacing="1" w:line="480" w:lineRule="auto"/>
        <w:ind w:left="360"/>
        <w:rPr>
          <w:rFonts w:ascii="Arial" w:hAnsi="Arial" w:cs="Arial"/>
          <w:b/>
          <w:bCs/>
          <w:sz w:val="24"/>
          <w:szCs w:val="20"/>
        </w:rPr>
      </w:pPr>
    </w:p>
    <w:tbl>
      <w:tblPr>
        <w:tblStyle w:val="aff0"/>
        <w:tblW w:w="9198" w:type="dxa"/>
        <w:tblInd w:w="720" w:type="dxa"/>
        <w:tblLook w:val="04A0" w:firstRow="1" w:lastRow="0" w:firstColumn="1" w:lastColumn="0" w:noHBand="0" w:noVBand="1"/>
      </w:tblPr>
      <w:tblGrid>
        <w:gridCol w:w="556"/>
        <w:gridCol w:w="2972"/>
        <w:gridCol w:w="1745"/>
        <w:gridCol w:w="3925"/>
      </w:tblGrid>
      <w:tr w:rsidR="0000218D" w14:paraId="43DCFB5C" w14:textId="77777777" w:rsidTr="00934A9F">
        <w:tc>
          <w:tcPr>
            <w:tcW w:w="9198" w:type="dxa"/>
            <w:gridSpan w:val="4"/>
          </w:tcPr>
          <w:p w14:paraId="6631CA80" w14:textId="77777777" w:rsidR="0000218D" w:rsidRPr="0000218D" w:rsidRDefault="0000218D" w:rsidP="0000218D">
            <w:pPr>
              <w:pStyle w:val="ae"/>
              <w:spacing w:before="100" w:beforeAutospacing="1" w:after="100" w:afterAutospacing="1"/>
              <w:ind w:left="0"/>
              <w:jc w:val="center"/>
              <w:rPr>
                <w:rFonts w:ascii="Times New Roman" w:hAnsi="Times New Roman" w:cs="Times New Roman"/>
                <w:b/>
                <w:bCs/>
                <w:sz w:val="24"/>
                <w:szCs w:val="24"/>
                <w:u w:val="single"/>
                <w:lang w:val="ro-RO"/>
              </w:rPr>
            </w:pPr>
            <w:r w:rsidRPr="0000218D">
              <w:rPr>
                <w:rStyle w:val="af6"/>
                <w:rFonts w:ascii="Times New Roman" w:hAnsi="Times New Roman" w:cs="Times New Roman"/>
                <w:sz w:val="24"/>
                <w:szCs w:val="24"/>
                <w:u w:val="single"/>
                <w:lang w:val="ro-RO"/>
              </w:rPr>
              <w:lastRenderedPageBreak/>
              <w:t>L</w:t>
            </w:r>
            <w:r w:rsidRPr="0000218D">
              <w:rPr>
                <w:rFonts w:ascii="Times New Roman" w:hAnsi="Times New Roman" w:cs="Times New Roman"/>
                <w:b/>
                <w:bCs/>
                <w:sz w:val="24"/>
                <w:szCs w:val="24"/>
                <w:u w:val="single"/>
                <w:lang w:val="ro-RO"/>
              </w:rPr>
              <w:t xml:space="preserve">ucrări de infrastructură privind edificarea  monumente de for public: </w:t>
            </w:r>
          </w:p>
          <w:p w14:paraId="786E8B25" w14:textId="1F328D55" w:rsidR="0000218D" w:rsidRPr="00F90E0E" w:rsidRDefault="0000218D" w:rsidP="0000218D">
            <w:pPr>
              <w:pStyle w:val="ae"/>
              <w:spacing w:before="100" w:beforeAutospacing="1" w:after="100" w:afterAutospacing="1"/>
              <w:ind w:left="0"/>
              <w:jc w:val="center"/>
              <w:rPr>
                <w:rFonts w:ascii="Times New Roman" w:hAnsi="Times New Roman" w:cs="Times New Roman"/>
                <w:b/>
                <w:bCs/>
                <w:sz w:val="28"/>
                <w:szCs w:val="28"/>
                <w:lang w:val="ro-RO"/>
              </w:rPr>
            </w:pPr>
            <w:r w:rsidRPr="0000218D">
              <w:rPr>
                <w:rFonts w:ascii="Times New Roman" w:hAnsi="Times New Roman" w:cs="Times New Roman"/>
                <w:b/>
                <w:bCs/>
                <w:sz w:val="24"/>
                <w:szCs w:val="24"/>
                <w:u w:val="single"/>
                <w:lang w:val="ro-RO"/>
              </w:rPr>
              <w:t>„Grigore Vieru cu maica sa și cartea,,</w:t>
            </w:r>
          </w:p>
        </w:tc>
      </w:tr>
      <w:tr w:rsidR="0000218D" w14:paraId="7B198236" w14:textId="77777777" w:rsidTr="00934A9F">
        <w:tc>
          <w:tcPr>
            <w:tcW w:w="556" w:type="dxa"/>
          </w:tcPr>
          <w:p w14:paraId="0FA3C813" w14:textId="77777777" w:rsidR="0000218D" w:rsidRPr="0000218D" w:rsidRDefault="0000218D" w:rsidP="0000218D">
            <w:pPr>
              <w:pStyle w:val="ae"/>
              <w:spacing w:before="100" w:beforeAutospacing="1" w:after="100" w:afterAutospacing="1"/>
              <w:ind w:left="0"/>
              <w:rPr>
                <w:rFonts w:ascii="Times New Roman" w:hAnsi="Times New Roman" w:cs="Times New Roman"/>
                <w:b/>
                <w:bCs/>
                <w:sz w:val="22"/>
                <w:lang w:val="ro-RO"/>
              </w:rPr>
            </w:pPr>
            <w:r w:rsidRPr="0000218D">
              <w:rPr>
                <w:rFonts w:ascii="Times New Roman" w:hAnsi="Times New Roman" w:cs="Times New Roman"/>
                <w:b/>
                <w:bCs/>
                <w:sz w:val="22"/>
                <w:lang w:val="ro-RO"/>
              </w:rPr>
              <w:t>Nr.</w:t>
            </w:r>
          </w:p>
        </w:tc>
        <w:tc>
          <w:tcPr>
            <w:tcW w:w="2972" w:type="dxa"/>
          </w:tcPr>
          <w:p w14:paraId="193F379A" w14:textId="77777777" w:rsidR="0000218D" w:rsidRPr="0000218D" w:rsidRDefault="0000218D" w:rsidP="0000218D">
            <w:pPr>
              <w:pStyle w:val="ae"/>
              <w:spacing w:before="100" w:beforeAutospacing="1" w:after="100" w:afterAutospacing="1"/>
              <w:ind w:left="0"/>
              <w:rPr>
                <w:rFonts w:ascii="Times New Roman" w:hAnsi="Times New Roman" w:cs="Times New Roman"/>
                <w:b/>
                <w:bCs/>
                <w:sz w:val="22"/>
                <w:lang w:val="ro-RO"/>
              </w:rPr>
            </w:pPr>
            <w:r w:rsidRPr="0000218D">
              <w:rPr>
                <w:rFonts w:ascii="Times New Roman" w:hAnsi="Times New Roman" w:cs="Times New Roman"/>
                <w:b/>
                <w:bCs/>
                <w:sz w:val="22"/>
                <w:lang w:val="ro-RO"/>
              </w:rPr>
              <w:t>Lucrări</w:t>
            </w:r>
          </w:p>
        </w:tc>
        <w:tc>
          <w:tcPr>
            <w:tcW w:w="1745" w:type="dxa"/>
          </w:tcPr>
          <w:p w14:paraId="2944D95A" w14:textId="77777777" w:rsidR="0000218D" w:rsidRPr="0000218D" w:rsidRDefault="0000218D" w:rsidP="0000218D">
            <w:pPr>
              <w:pStyle w:val="ae"/>
              <w:spacing w:before="100" w:beforeAutospacing="1" w:after="100" w:afterAutospacing="1"/>
              <w:ind w:left="0"/>
              <w:rPr>
                <w:rFonts w:ascii="Times New Roman" w:hAnsi="Times New Roman" w:cs="Times New Roman"/>
                <w:b/>
                <w:bCs/>
                <w:sz w:val="22"/>
                <w:lang w:val="ro-RO"/>
              </w:rPr>
            </w:pPr>
            <w:r w:rsidRPr="0000218D">
              <w:rPr>
                <w:rFonts w:ascii="Times New Roman" w:hAnsi="Times New Roman" w:cs="Times New Roman"/>
                <w:b/>
                <w:bCs/>
                <w:sz w:val="22"/>
                <w:lang w:val="ro-RO"/>
              </w:rPr>
              <w:t>U.m</w:t>
            </w:r>
          </w:p>
        </w:tc>
        <w:tc>
          <w:tcPr>
            <w:tcW w:w="3925" w:type="dxa"/>
          </w:tcPr>
          <w:p w14:paraId="51531355" w14:textId="77777777" w:rsidR="0000218D" w:rsidRPr="0000218D" w:rsidRDefault="0000218D" w:rsidP="0000218D">
            <w:pPr>
              <w:pStyle w:val="ae"/>
              <w:spacing w:before="100" w:beforeAutospacing="1" w:after="100" w:afterAutospacing="1"/>
              <w:ind w:left="0"/>
              <w:rPr>
                <w:rFonts w:ascii="Times New Roman" w:hAnsi="Times New Roman" w:cs="Times New Roman"/>
                <w:b/>
                <w:bCs/>
                <w:sz w:val="22"/>
                <w:lang w:val="ro-RO"/>
              </w:rPr>
            </w:pPr>
            <w:r w:rsidRPr="0000218D">
              <w:rPr>
                <w:rFonts w:ascii="Times New Roman" w:hAnsi="Times New Roman" w:cs="Times New Roman"/>
                <w:b/>
                <w:bCs/>
                <w:sz w:val="22"/>
                <w:lang w:val="ro-RO"/>
              </w:rPr>
              <w:t>Cantitatea conform datelor de proiect</w:t>
            </w:r>
          </w:p>
        </w:tc>
      </w:tr>
      <w:tr w:rsidR="0000218D" w14:paraId="0B71EBF0" w14:textId="77777777" w:rsidTr="0000218D">
        <w:trPr>
          <w:trHeight w:val="61"/>
        </w:trPr>
        <w:tc>
          <w:tcPr>
            <w:tcW w:w="9198" w:type="dxa"/>
            <w:gridSpan w:val="4"/>
          </w:tcPr>
          <w:p w14:paraId="1CA545C2" w14:textId="66754A6F" w:rsidR="0000218D" w:rsidRPr="00F90E0E" w:rsidRDefault="0000218D" w:rsidP="0000218D">
            <w:pPr>
              <w:pStyle w:val="ae"/>
              <w:spacing w:before="100" w:beforeAutospacing="1" w:after="100" w:afterAutospacing="1"/>
              <w:ind w:left="0"/>
              <w:jc w:val="center"/>
              <w:rPr>
                <w:rFonts w:ascii="Arial" w:hAnsi="Arial" w:cs="Arial"/>
                <w:b/>
                <w:bCs/>
                <w:sz w:val="28"/>
                <w:szCs w:val="28"/>
                <w:lang w:val="ro-RO"/>
              </w:rPr>
            </w:pPr>
          </w:p>
        </w:tc>
      </w:tr>
      <w:tr w:rsidR="0000218D" w14:paraId="4D4C52B3" w14:textId="77777777" w:rsidTr="00934A9F">
        <w:tc>
          <w:tcPr>
            <w:tcW w:w="556" w:type="dxa"/>
          </w:tcPr>
          <w:p w14:paraId="2C74FC1A"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1</w:t>
            </w:r>
          </w:p>
        </w:tc>
        <w:tc>
          <w:tcPr>
            <w:tcW w:w="2972" w:type="dxa"/>
          </w:tcPr>
          <w:p w14:paraId="1EF847D7" w14:textId="25800601"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Crearea modelului bustului din material moale în mărimea operei (așezarea brută a argilei</w:t>
            </w:r>
            <w:r>
              <w:rPr>
                <w:rFonts w:ascii="Times New Roman" w:hAnsi="Times New Roman" w:cs="Times New Roman"/>
                <w:sz w:val="22"/>
                <w:lang w:val="ro-RO"/>
              </w:rPr>
              <w:t>/plastelină</w:t>
            </w:r>
            <w:r w:rsidRPr="00F90E0E">
              <w:rPr>
                <w:rFonts w:ascii="Times New Roman" w:hAnsi="Times New Roman" w:cs="Times New Roman"/>
                <w:sz w:val="22"/>
                <w:lang w:val="ro-RO"/>
              </w:rPr>
              <w:t xml:space="preserve"> pe scheletul din lemn și metal, modelarea în argilă</w:t>
            </w:r>
            <w:r>
              <w:rPr>
                <w:rFonts w:ascii="Times New Roman" w:hAnsi="Times New Roman" w:cs="Times New Roman"/>
                <w:sz w:val="22"/>
                <w:lang w:val="ro-RO"/>
              </w:rPr>
              <w:t>/plastelină</w:t>
            </w:r>
            <w:r w:rsidRPr="00F90E0E">
              <w:rPr>
                <w:rFonts w:ascii="Times New Roman" w:hAnsi="Times New Roman" w:cs="Times New Roman"/>
                <w:sz w:val="22"/>
                <w:lang w:val="ro-RO"/>
              </w:rPr>
              <w:t xml:space="preserve"> cu prelucrarea ulterioară în ipsos a bustului de </w:t>
            </w:r>
            <w:r>
              <w:rPr>
                <w:rFonts w:ascii="Times New Roman" w:hAnsi="Times New Roman" w:cs="Times New Roman"/>
                <w:sz w:val="22"/>
                <w:lang w:val="ro-RO"/>
              </w:rPr>
              <w:t>1,4x1,8</w:t>
            </w:r>
            <w:r w:rsidRPr="00F90E0E">
              <w:rPr>
                <w:rFonts w:ascii="Times New Roman" w:hAnsi="Times New Roman" w:cs="Times New Roman"/>
                <w:sz w:val="22"/>
                <w:lang w:val="ro-RO"/>
              </w:rPr>
              <w:t xml:space="preserve"> </w:t>
            </w:r>
            <w:r>
              <w:rPr>
                <w:rFonts w:ascii="Times New Roman" w:hAnsi="Times New Roman" w:cs="Times New Roman"/>
                <w:sz w:val="22"/>
                <w:lang w:val="ro-RO"/>
              </w:rPr>
              <w:t>(</w:t>
            </w:r>
            <w:r w:rsidRPr="00F90E0E">
              <w:rPr>
                <w:rFonts w:ascii="Times New Roman" w:hAnsi="Times New Roman" w:cs="Times New Roman"/>
                <w:sz w:val="22"/>
                <w:lang w:val="ro-RO"/>
              </w:rPr>
              <w:t>mărimi naturale)</w:t>
            </w:r>
          </w:p>
        </w:tc>
        <w:tc>
          <w:tcPr>
            <w:tcW w:w="1745" w:type="dxa"/>
          </w:tcPr>
          <w:p w14:paraId="35E8C724"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Pr>
                <w:rFonts w:ascii="Times New Roman" w:hAnsi="Times New Roman" w:cs="Times New Roman"/>
                <w:sz w:val="22"/>
                <w:lang w:val="ro-RO"/>
              </w:rPr>
              <w:t>b</w:t>
            </w:r>
            <w:r w:rsidRPr="00F90E0E">
              <w:rPr>
                <w:rFonts w:ascii="Times New Roman" w:hAnsi="Times New Roman" w:cs="Times New Roman"/>
                <w:sz w:val="22"/>
                <w:lang w:val="ro-RO"/>
              </w:rPr>
              <w:t>uc</w:t>
            </w:r>
          </w:p>
        </w:tc>
        <w:tc>
          <w:tcPr>
            <w:tcW w:w="3925" w:type="dxa"/>
          </w:tcPr>
          <w:p w14:paraId="3E2C8738"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1</w:t>
            </w:r>
            <w:r>
              <w:rPr>
                <w:rFonts w:ascii="Times New Roman" w:hAnsi="Times New Roman" w:cs="Times New Roman"/>
                <w:sz w:val="22"/>
                <w:lang w:val="ro-RO"/>
              </w:rPr>
              <w:t xml:space="preserve"> </w:t>
            </w:r>
          </w:p>
        </w:tc>
      </w:tr>
      <w:tr w:rsidR="0000218D" w14:paraId="0A676AA3" w14:textId="77777777" w:rsidTr="00934A9F">
        <w:tc>
          <w:tcPr>
            <w:tcW w:w="556" w:type="dxa"/>
          </w:tcPr>
          <w:p w14:paraId="040D7153"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2</w:t>
            </w:r>
          </w:p>
        </w:tc>
        <w:tc>
          <w:tcPr>
            <w:tcW w:w="2972" w:type="dxa"/>
          </w:tcPr>
          <w:p w14:paraId="12C13DE5"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Crearea (transpunerea) operei sculpturale în materia</w:t>
            </w:r>
            <w:r>
              <w:rPr>
                <w:rFonts w:ascii="Times New Roman" w:hAnsi="Times New Roman" w:cs="Times New Roman"/>
                <w:sz w:val="22"/>
                <w:lang w:val="ro-RO"/>
              </w:rPr>
              <w:t>l</w:t>
            </w:r>
            <w:r w:rsidRPr="00F90E0E">
              <w:rPr>
                <w:rFonts w:ascii="Times New Roman" w:hAnsi="Times New Roman" w:cs="Times New Roman"/>
                <w:sz w:val="22"/>
                <w:lang w:val="ro-RO"/>
              </w:rPr>
              <w:t xml:space="preserve"> tare – bronz turnată (după model din ceară), scoaterea negativelor din ipsos, prelucrarea medelului din ceară, înpachetarea, topirea și </w:t>
            </w:r>
            <w:r>
              <w:rPr>
                <w:rFonts w:ascii="Times New Roman" w:hAnsi="Times New Roman" w:cs="Times New Roman"/>
                <w:sz w:val="22"/>
                <w:lang w:val="ro-RO"/>
              </w:rPr>
              <w:t>e</w:t>
            </w:r>
            <w:r w:rsidRPr="00F90E0E">
              <w:rPr>
                <w:rFonts w:ascii="Times New Roman" w:hAnsi="Times New Roman" w:cs="Times New Roman"/>
                <w:sz w:val="22"/>
                <w:lang w:val="ro-RO"/>
              </w:rPr>
              <w:t>vacuarea cearei, calicnarea formei de ipsos, turnarea metalului, curățarea detaliilor turnate, sudarea, prelucrarea metalului etc)</w:t>
            </w:r>
          </w:p>
        </w:tc>
        <w:tc>
          <w:tcPr>
            <w:tcW w:w="1745" w:type="dxa"/>
          </w:tcPr>
          <w:p w14:paraId="1A702B46"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Pr>
                <w:rFonts w:ascii="Times New Roman" w:hAnsi="Times New Roman" w:cs="Times New Roman"/>
                <w:sz w:val="22"/>
                <w:lang w:val="ro-RO"/>
              </w:rPr>
              <w:t>b</w:t>
            </w:r>
            <w:r w:rsidRPr="00F90E0E">
              <w:rPr>
                <w:rFonts w:ascii="Times New Roman" w:hAnsi="Times New Roman" w:cs="Times New Roman"/>
                <w:sz w:val="22"/>
                <w:lang w:val="ro-RO"/>
              </w:rPr>
              <w:t>uc</w:t>
            </w:r>
          </w:p>
        </w:tc>
        <w:tc>
          <w:tcPr>
            <w:tcW w:w="3925" w:type="dxa"/>
          </w:tcPr>
          <w:p w14:paraId="5C38CEEE"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1</w:t>
            </w:r>
            <w:r>
              <w:rPr>
                <w:rFonts w:ascii="Times New Roman" w:hAnsi="Times New Roman" w:cs="Times New Roman"/>
                <w:sz w:val="22"/>
                <w:lang w:val="ro-RO"/>
              </w:rPr>
              <w:t xml:space="preserve"> </w:t>
            </w:r>
          </w:p>
        </w:tc>
      </w:tr>
      <w:tr w:rsidR="0000218D" w14:paraId="79C613E4" w14:textId="77777777" w:rsidTr="00934A9F">
        <w:tc>
          <w:tcPr>
            <w:tcW w:w="556" w:type="dxa"/>
          </w:tcPr>
          <w:p w14:paraId="3C72B174"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3</w:t>
            </w:r>
          </w:p>
        </w:tc>
        <w:tc>
          <w:tcPr>
            <w:tcW w:w="2972" w:type="dxa"/>
          </w:tcPr>
          <w:p w14:paraId="170E7880" w14:textId="70A146D3"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Lucrări de modelare din ipsos a bustului cu h=</w:t>
            </w:r>
            <w:r>
              <w:rPr>
                <w:rFonts w:ascii="Times New Roman" w:hAnsi="Times New Roman" w:cs="Times New Roman"/>
                <w:sz w:val="22"/>
                <w:lang w:val="ro-RO"/>
              </w:rPr>
              <w:t>1,4x1,8</w:t>
            </w:r>
            <w:r w:rsidRPr="00F90E0E">
              <w:rPr>
                <w:rFonts w:ascii="Times New Roman" w:hAnsi="Times New Roman" w:cs="Times New Roman"/>
                <w:sz w:val="22"/>
                <w:lang w:val="ro-RO"/>
              </w:rPr>
              <w:t xml:space="preserve"> m.n (Confecționarea tiparului brut cu turnarea modelului din ipsos, confecționarea tiparelor curate de ipsos din bucăți, turnarea modelului din ipsos în tepare curate)</w:t>
            </w:r>
          </w:p>
        </w:tc>
        <w:tc>
          <w:tcPr>
            <w:tcW w:w="1745" w:type="dxa"/>
          </w:tcPr>
          <w:p w14:paraId="2131734F"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buc</w:t>
            </w:r>
          </w:p>
        </w:tc>
        <w:tc>
          <w:tcPr>
            <w:tcW w:w="3925" w:type="dxa"/>
          </w:tcPr>
          <w:p w14:paraId="01216902"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1</w:t>
            </w:r>
          </w:p>
        </w:tc>
      </w:tr>
      <w:tr w:rsidR="0000218D" w14:paraId="4564D493" w14:textId="77777777" w:rsidTr="00934A9F">
        <w:tc>
          <w:tcPr>
            <w:tcW w:w="556" w:type="dxa"/>
          </w:tcPr>
          <w:p w14:paraId="3EF60B70"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4</w:t>
            </w:r>
          </w:p>
        </w:tc>
        <w:tc>
          <w:tcPr>
            <w:tcW w:w="2972" w:type="dxa"/>
          </w:tcPr>
          <w:p w14:paraId="0021A594"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Supraveghere și conducerea de autor pentru crearea operei sculpturale din material tare</w:t>
            </w:r>
          </w:p>
        </w:tc>
        <w:tc>
          <w:tcPr>
            <w:tcW w:w="1745" w:type="dxa"/>
          </w:tcPr>
          <w:p w14:paraId="25D9C2BC"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h-ore</w:t>
            </w:r>
          </w:p>
        </w:tc>
        <w:tc>
          <w:tcPr>
            <w:tcW w:w="3925" w:type="dxa"/>
          </w:tcPr>
          <w:p w14:paraId="2E1060F8"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1</w:t>
            </w:r>
          </w:p>
        </w:tc>
      </w:tr>
      <w:tr w:rsidR="0000218D" w14:paraId="54B4E998" w14:textId="77777777" w:rsidTr="00934A9F">
        <w:tc>
          <w:tcPr>
            <w:tcW w:w="556" w:type="dxa"/>
          </w:tcPr>
          <w:p w14:paraId="483BD402"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5</w:t>
            </w:r>
          </w:p>
        </w:tc>
        <w:tc>
          <w:tcPr>
            <w:tcW w:w="2972" w:type="dxa"/>
          </w:tcPr>
          <w:p w14:paraId="3A412AF1"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Confecționarea postamentului, montarea, amenajarea terenului aferent</w:t>
            </w:r>
          </w:p>
        </w:tc>
        <w:tc>
          <w:tcPr>
            <w:tcW w:w="1745" w:type="dxa"/>
          </w:tcPr>
          <w:p w14:paraId="71192DB3"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buc</w:t>
            </w:r>
          </w:p>
        </w:tc>
        <w:tc>
          <w:tcPr>
            <w:tcW w:w="3925" w:type="dxa"/>
          </w:tcPr>
          <w:p w14:paraId="6DFB172C"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1</w:t>
            </w:r>
          </w:p>
        </w:tc>
      </w:tr>
      <w:tr w:rsidR="0000218D" w14:paraId="2D0FDB6E" w14:textId="77777777" w:rsidTr="00934A9F">
        <w:tc>
          <w:tcPr>
            <w:tcW w:w="9198" w:type="dxa"/>
            <w:gridSpan w:val="4"/>
          </w:tcPr>
          <w:p w14:paraId="3B725ABD" w14:textId="77777777" w:rsidR="0000218D" w:rsidRPr="00F90E0E" w:rsidRDefault="0000218D" w:rsidP="0000218D">
            <w:pPr>
              <w:pStyle w:val="ae"/>
              <w:spacing w:before="100" w:beforeAutospacing="1" w:after="100" w:afterAutospacing="1"/>
              <w:ind w:left="0"/>
              <w:jc w:val="center"/>
              <w:rPr>
                <w:rFonts w:ascii="Times New Roman" w:hAnsi="Times New Roman" w:cs="Times New Roman"/>
                <w:sz w:val="22"/>
                <w:lang w:val="ro-RO"/>
              </w:rPr>
            </w:pPr>
            <w:r w:rsidRPr="00F90E0E">
              <w:rPr>
                <w:rFonts w:ascii="Times New Roman" w:hAnsi="Times New Roman" w:cs="Times New Roman"/>
                <w:sz w:val="22"/>
                <w:lang w:val="ro-RO"/>
              </w:rPr>
              <w:t>Materiale pentru edificarea monumentului</w:t>
            </w:r>
          </w:p>
        </w:tc>
      </w:tr>
      <w:tr w:rsidR="0000218D" w14:paraId="5F123A7D" w14:textId="77777777" w:rsidTr="00934A9F">
        <w:tc>
          <w:tcPr>
            <w:tcW w:w="556" w:type="dxa"/>
          </w:tcPr>
          <w:p w14:paraId="5461CB79"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1</w:t>
            </w:r>
          </w:p>
        </w:tc>
        <w:tc>
          <w:tcPr>
            <w:tcW w:w="2972" w:type="dxa"/>
          </w:tcPr>
          <w:p w14:paraId="46C7C9DB"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Ipsos de modelat</w:t>
            </w:r>
          </w:p>
        </w:tc>
        <w:tc>
          <w:tcPr>
            <w:tcW w:w="1745" w:type="dxa"/>
          </w:tcPr>
          <w:p w14:paraId="7997BBC9"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kg</w:t>
            </w:r>
          </w:p>
        </w:tc>
        <w:tc>
          <w:tcPr>
            <w:tcW w:w="3925" w:type="dxa"/>
          </w:tcPr>
          <w:p w14:paraId="4D0BF712" w14:textId="67E4C03D"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Pr>
                <w:rFonts w:ascii="Times New Roman" w:hAnsi="Times New Roman" w:cs="Times New Roman"/>
                <w:sz w:val="22"/>
                <w:lang w:val="ro-RO"/>
              </w:rPr>
              <w:t>250</w:t>
            </w:r>
          </w:p>
        </w:tc>
      </w:tr>
      <w:tr w:rsidR="0000218D" w14:paraId="4DEC51E6" w14:textId="77777777" w:rsidTr="00934A9F">
        <w:tc>
          <w:tcPr>
            <w:tcW w:w="556" w:type="dxa"/>
          </w:tcPr>
          <w:p w14:paraId="595ABC27"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2</w:t>
            </w:r>
          </w:p>
        </w:tc>
        <w:tc>
          <w:tcPr>
            <w:tcW w:w="2972" w:type="dxa"/>
          </w:tcPr>
          <w:p w14:paraId="08F10FD8"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Ipsos G5</w:t>
            </w:r>
          </w:p>
        </w:tc>
        <w:tc>
          <w:tcPr>
            <w:tcW w:w="1745" w:type="dxa"/>
          </w:tcPr>
          <w:p w14:paraId="22F9859F"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kg</w:t>
            </w:r>
          </w:p>
        </w:tc>
        <w:tc>
          <w:tcPr>
            <w:tcW w:w="3925" w:type="dxa"/>
          </w:tcPr>
          <w:p w14:paraId="5987E86C" w14:textId="7B8949D6"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Pr>
                <w:rFonts w:ascii="Times New Roman" w:hAnsi="Times New Roman" w:cs="Times New Roman"/>
                <w:sz w:val="22"/>
                <w:lang w:val="ro-RO"/>
              </w:rPr>
              <w:t>390</w:t>
            </w:r>
          </w:p>
        </w:tc>
      </w:tr>
      <w:tr w:rsidR="0000218D" w14:paraId="16FBD791" w14:textId="77777777" w:rsidTr="00934A9F">
        <w:tc>
          <w:tcPr>
            <w:tcW w:w="556" w:type="dxa"/>
          </w:tcPr>
          <w:p w14:paraId="7E0EB626"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3</w:t>
            </w:r>
          </w:p>
        </w:tc>
        <w:tc>
          <w:tcPr>
            <w:tcW w:w="2972" w:type="dxa"/>
          </w:tcPr>
          <w:p w14:paraId="156EC898"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Ceară de albine</w:t>
            </w:r>
          </w:p>
        </w:tc>
        <w:tc>
          <w:tcPr>
            <w:tcW w:w="1745" w:type="dxa"/>
          </w:tcPr>
          <w:p w14:paraId="56121B33"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kg</w:t>
            </w:r>
          </w:p>
        </w:tc>
        <w:tc>
          <w:tcPr>
            <w:tcW w:w="3925" w:type="dxa"/>
          </w:tcPr>
          <w:p w14:paraId="0FAA6546" w14:textId="49B32911"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Pr>
                <w:rFonts w:ascii="Times New Roman" w:hAnsi="Times New Roman" w:cs="Times New Roman"/>
                <w:sz w:val="22"/>
                <w:lang w:val="ro-RO"/>
              </w:rPr>
              <w:t>145</w:t>
            </w:r>
          </w:p>
        </w:tc>
      </w:tr>
      <w:tr w:rsidR="0000218D" w14:paraId="0B082771" w14:textId="77777777" w:rsidTr="00934A9F">
        <w:tc>
          <w:tcPr>
            <w:tcW w:w="556" w:type="dxa"/>
          </w:tcPr>
          <w:p w14:paraId="5689A4CD"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4</w:t>
            </w:r>
          </w:p>
        </w:tc>
        <w:tc>
          <w:tcPr>
            <w:tcW w:w="2972" w:type="dxa"/>
          </w:tcPr>
          <w:p w14:paraId="79841F1E"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Energie electrică</w:t>
            </w:r>
          </w:p>
        </w:tc>
        <w:tc>
          <w:tcPr>
            <w:tcW w:w="1745" w:type="dxa"/>
          </w:tcPr>
          <w:p w14:paraId="5CAAA926"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kWt</w:t>
            </w:r>
          </w:p>
        </w:tc>
        <w:tc>
          <w:tcPr>
            <w:tcW w:w="3925" w:type="dxa"/>
          </w:tcPr>
          <w:p w14:paraId="1A27FC56" w14:textId="29FCD67E"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Pr>
                <w:rFonts w:ascii="Times New Roman" w:hAnsi="Times New Roman" w:cs="Times New Roman"/>
                <w:sz w:val="22"/>
                <w:lang w:val="ro-RO"/>
              </w:rPr>
              <w:t>1350</w:t>
            </w:r>
          </w:p>
        </w:tc>
      </w:tr>
      <w:tr w:rsidR="0000218D" w14:paraId="2F9DB09B" w14:textId="77777777" w:rsidTr="00934A9F">
        <w:tc>
          <w:tcPr>
            <w:tcW w:w="556" w:type="dxa"/>
          </w:tcPr>
          <w:p w14:paraId="52DDD65E"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5</w:t>
            </w:r>
          </w:p>
        </w:tc>
        <w:tc>
          <w:tcPr>
            <w:tcW w:w="2972" w:type="dxa"/>
          </w:tcPr>
          <w:p w14:paraId="2375B675"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Bronz pentru turnare</w:t>
            </w:r>
          </w:p>
        </w:tc>
        <w:tc>
          <w:tcPr>
            <w:tcW w:w="1745" w:type="dxa"/>
          </w:tcPr>
          <w:p w14:paraId="75E565F7"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kg</w:t>
            </w:r>
          </w:p>
        </w:tc>
        <w:tc>
          <w:tcPr>
            <w:tcW w:w="3925" w:type="dxa"/>
          </w:tcPr>
          <w:p w14:paraId="7C85AF29" w14:textId="05CE5FCB"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Pr>
                <w:rFonts w:ascii="Times New Roman" w:hAnsi="Times New Roman" w:cs="Times New Roman"/>
                <w:sz w:val="22"/>
                <w:lang w:val="ro-RO"/>
              </w:rPr>
              <w:t>390</w:t>
            </w:r>
          </w:p>
        </w:tc>
      </w:tr>
      <w:tr w:rsidR="0000218D" w14:paraId="7E4154BE" w14:textId="77777777" w:rsidTr="00934A9F">
        <w:tc>
          <w:tcPr>
            <w:tcW w:w="556" w:type="dxa"/>
          </w:tcPr>
          <w:p w14:paraId="4F8CF5C3"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6</w:t>
            </w:r>
          </w:p>
        </w:tc>
        <w:tc>
          <w:tcPr>
            <w:tcW w:w="2972" w:type="dxa"/>
          </w:tcPr>
          <w:p w14:paraId="6DBD104E"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Sîrmă de bronz pentru sudare</w:t>
            </w:r>
          </w:p>
        </w:tc>
        <w:tc>
          <w:tcPr>
            <w:tcW w:w="1745" w:type="dxa"/>
          </w:tcPr>
          <w:p w14:paraId="092771B5"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kg</w:t>
            </w:r>
          </w:p>
        </w:tc>
        <w:tc>
          <w:tcPr>
            <w:tcW w:w="3925" w:type="dxa"/>
          </w:tcPr>
          <w:p w14:paraId="4941D97C" w14:textId="3D3A50FA"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Pr>
                <w:rFonts w:ascii="Times New Roman" w:hAnsi="Times New Roman" w:cs="Times New Roman"/>
                <w:sz w:val="22"/>
                <w:lang w:val="ro-RO"/>
              </w:rPr>
              <w:t>16</w:t>
            </w:r>
          </w:p>
        </w:tc>
      </w:tr>
      <w:tr w:rsidR="0000218D" w14:paraId="1A19A050" w14:textId="77777777" w:rsidTr="00934A9F">
        <w:tc>
          <w:tcPr>
            <w:tcW w:w="556" w:type="dxa"/>
          </w:tcPr>
          <w:p w14:paraId="2B5CF00A"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7</w:t>
            </w:r>
          </w:p>
        </w:tc>
        <w:tc>
          <w:tcPr>
            <w:tcW w:w="2972" w:type="dxa"/>
          </w:tcPr>
          <w:p w14:paraId="27718295"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Argoz gazos, calI</w:t>
            </w:r>
          </w:p>
        </w:tc>
        <w:tc>
          <w:tcPr>
            <w:tcW w:w="1745" w:type="dxa"/>
          </w:tcPr>
          <w:p w14:paraId="48AB4487"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buc</w:t>
            </w:r>
          </w:p>
        </w:tc>
        <w:tc>
          <w:tcPr>
            <w:tcW w:w="3925" w:type="dxa"/>
          </w:tcPr>
          <w:p w14:paraId="6D70C3EF"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1</w:t>
            </w:r>
          </w:p>
        </w:tc>
      </w:tr>
      <w:tr w:rsidR="0000218D" w14:paraId="391EBC1F" w14:textId="77777777" w:rsidTr="00934A9F">
        <w:tc>
          <w:tcPr>
            <w:tcW w:w="556" w:type="dxa"/>
          </w:tcPr>
          <w:p w14:paraId="6427D389"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8</w:t>
            </w:r>
          </w:p>
        </w:tc>
        <w:tc>
          <w:tcPr>
            <w:tcW w:w="2972" w:type="dxa"/>
          </w:tcPr>
          <w:p w14:paraId="66EB0AA1"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Discuri de tăiat și șlefuire 125x22x1,2</w:t>
            </w:r>
          </w:p>
        </w:tc>
        <w:tc>
          <w:tcPr>
            <w:tcW w:w="1745" w:type="dxa"/>
          </w:tcPr>
          <w:p w14:paraId="6203B6DA"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buc</w:t>
            </w:r>
          </w:p>
        </w:tc>
        <w:tc>
          <w:tcPr>
            <w:tcW w:w="3925" w:type="dxa"/>
          </w:tcPr>
          <w:p w14:paraId="438AA668" w14:textId="4BBA560D"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Pr>
                <w:rFonts w:ascii="Times New Roman" w:hAnsi="Times New Roman" w:cs="Times New Roman"/>
                <w:sz w:val="22"/>
                <w:lang w:val="ro-RO"/>
              </w:rPr>
              <w:t>50</w:t>
            </w:r>
          </w:p>
        </w:tc>
      </w:tr>
      <w:tr w:rsidR="0000218D" w14:paraId="596D74F7" w14:textId="77777777" w:rsidTr="00934A9F">
        <w:tc>
          <w:tcPr>
            <w:tcW w:w="556" w:type="dxa"/>
          </w:tcPr>
          <w:p w14:paraId="6B23D105"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9</w:t>
            </w:r>
          </w:p>
        </w:tc>
        <w:tc>
          <w:tcPr>
            <w:tcW w:w="2972" w:type="dxa"/>
          </w:tcPr>
          <w:p w14:paraId="58168BE6"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Nisip cuarțos de aghires pentru turnătorie simpl. Spal S3965</w:t>
            </w:r>
          </w:p>
        </w:tc>
        <w:tc>
          <w:tcPr>
            <w:tcW w:w="1745" w:type="dxa"/>
          </w:tcPr>
          <w:p w14:paraId="7401E3B9"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kg</w:t>
            </w:r>
          </w:p>
        </w:tc>
        <w:tc>
          <w:tcPr>
            <w:tcW w:w="3925" w:type="dxa"/>
          </w:tcPr>
          <w:p w14:paraId="078A2300" w14:textId="32692F09"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Pr>
                <w:rFonts w:ascii="Times New Roman" w:hAnsi="Times New Roman" w:cs="Times New Roman"/>
                <w:sz w:val="22"/>
                <w:lang w:val="ro-RO"/>
              </w:rPr>
              <w:t>4800</w:t>
            </w:r>
          </w:p>
        </w:tc>
      </w:tr>
      <w:tr w:rsidR="0000218D" w14:paraId="72B1B6D9" w14:textId="77777777" w:rsidTr="00934A9F">
        <w:tc>
          <w:tcPr>
            <w:tcW w:w="556" w:type="dxa"/>
          </w:tcPr>
          <w:p w14:paraId="572D09E3"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10</w:t>
            </w:r>
          </w:p>
        </w:tc>
        <w:tc>
          <w:tcPr>
            <w:tcW w:w="2972" w:type="dxa"/>
          </w:tcPr>
          <w:p w14:paraId="75E1215A"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sidRPr="00F90E0E">
              <w:rPr>
                <w:rFonts w:ascii="Times New Roman" w:hAnsi="Times New Roman" w:cs="Times New Roman"/>
                <w:sz w:val="22"/>
                <w:lang w:val="ro-RO"/>
              </w:rPr>
              <w:t>Transport</w:t>
            </w:r>
          </w:p>
        </w:tc>
        <w:tc>
          <w:tcPr>
            <w:tcW w:w="1745" w:type="dxa"/>
          </w:tcPr>
          <w:p w14:paraId="58C97C5E" w14:textId="77777777"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Pr>
                <w:rFonts w:ascii="Times New Roman" w:hAnsi="Times New Roman" w:cs="Times New Roman"/>
                <w:sz w:val="22"/>
                <w:lang w:val="ro-RO"/>
              </w:rPr>
              <w:t>km</w:t>
            </w:r>
          </w:p>
        </w:tc>
        <w:tc>
          <w:tcPr>
            <w:tcW w:w="3925" w:type="dxa"/>
          </w:tcPr>
          <w:p w14:paraId="44B519F5" w14:textId="0823CFF0" w:rsidR="0000218D" w:rsidRPr="00F90E0E" w:rsidRDefault="0000218D" w:rsidP="0000218D">
            <w:pPr>
              <w:pStyle w:val="ae"/>
              <w:spacing w:before="100" w:beforeAutospacing="1" w:after="100" w:afterAutospacing="1"/>
              <w:ind w:left="0"/>
              <w:rPr>
                <w:rFonts w:ascii="Times New Roman" w:hAnsi="Times New Roman" w:cs="Times New Roman"/>
                <w:sz w:val="22"/>
                <w:lang w:val="ro-RO"/>
              </w:rPr>
            </w:pPr>
            <w:r>
              <w:rPr>
                <w:rFonts w:ascii="Times New Roman" w:hAnsi="Times New Roman" w:cs="Times New Roman"/>
                <w:sz w:val="22"/>
                <w:lang w:val="ro-RO"/>
              </w:rPr>
              <w:t>4</w:t>
            </w:r>
            <w:r>
              <w:rPr>
                <w:rFonts w:ascii="Times New Roman" w:hAnsi="Times New Roman" w:cs="Times New Roman"/>
                <w:sz w:val="22"/>
                <w:lang w:val="ro-RO"/>
              </w:rPr>
              <w:t>900</w:t>
            </w:r>
          </w:p>
        </w:tc>
      </w:tr>
      <w:tr w:rsidR="0000218D" w14:paraId="475820B9" w14:textId="77777777" w:rsidTr="00934A9F">
        <w:tc>
          <w:tcPr>
            <w:tcW w:w="9198" w:type="dxa"/>
            <w:gridSpan w:val="4"/>
          </w:tcPr>
          <w:p w14:paraId="26C0A3C9" w14:textId="77777777" w:rsidR="0000218D" w:rsidRDefault="0000218D" w:rsidP="0000218D">
            <w:pPr>
              <w:pStyle w:val="ae"/>
              <w:spacing w:before="100" w:beforeAutospacing="1" w:after="100" w:afterAutospacing="1"/>
              <w:ind w:left="0"/>
              <w:jc w:val="center"/>
              <w:rPr>
                <w:rFonts w:ascii="Times New Roman" w:hAnsi="Times New Roman" w:cs="Times New Roman"/>
                <w:sz w:val="22"/>
                <w:lang w:val="ro-RO"/>
              </w:rPr>
            </w:pPr>
            <w:r>
              <w:rPr>
                <w:rFonts w:ascii="Times New Roman" w:hAnsi="Times New Roman" w:cs="Times New Roman"/>
                <w:sz w:val="22"/>
                <w:lang w:val="ro-RO"/>
              </w:rPr>
              <w:t>Creație artistică</w:t>
            </w:r>
          </w:p>
        </w:tc>
      </w:tr>
    </w:tbl>
    <w:p w14:paraId="4E19BA3E" w14:textId="77777777" w:rsidR="00114AAC" w:rsidRPr="00C506E2" w:rsidRDefault="00114AAC" w:rsidP="00C506E2">
      <w:pPr>
        <w:spacing w:before="100" w:beforeAutospacing="1" w:after="100" w:afterAutospacing="1" w:line="480" w:lineRule="auto"/>
        <w:rPr>
          <w:rFonts w:ascii="Arial" w:hAnsi="Arial" w:cs="Arial"/>
          <w:b/>
          <w:bCs/>
          <w:sz w:val="24"/>
          <w:szCs w:val="20"/>
        </w:rPr>
      </w:pPr>
    </w:p>
    <w:p w14:paraId="181EE376" w14:textId="50EA0C63" w:rsidR="00114AAC" w:rsidRPr="00242782" w:rsidRDefault="00242782" w:rsidP="00242782">
      <w:pPr>
        <w:pStyle w:val="ae"/>
        <w:spacing w:before="100" w:beforeAutospacing="1" w:after="100" w:afterAutospacing="1" w:line="480" w:lineRule="auto"/>
        <w:ind w:left="360"/>
        <w:jc w:val="both"/>
        <w:rPr>
          <w:rFonts w:ascii="Times New Roman" w:hAnsi="Times New Roman" w:cs="Times New Roman"/>
          <w:b/>
          <w:bCs/>
          <w:sz w:val="28"/>
          <w:szCs w:val="28"/>
        </w:rPr>
      </w:pPr>
      <w:r w:rsidRPr="00242782">
        <w:rPr>
          <w:rFonts w:ascii="Times New Roman" w:hAnsi="Times New Roman" w:cs="Times New Roman"/>
          <w:b/>
          <w:bCs/>
          <w:sz w:val="28"/>
          <w:szCs w:val="28"/>
        </w:rPr>
        <w:lastRenderedPageBreak/>
        <w:t xml:space="preserve">5. </w:t>
      </w:r>
      <w:proofErr w:type="spellStart"/>
      <w:r w:rsidR="005D45C4" w:rsidRPr="00242782">
        <w:rPr>
          <w:rFonts w:ascii="Times New Roman" w:hAnsi="Times New Roman" w:cs="Times New Roman"/>
          <w:b/>
          <w:bCs/>
          <w:sz w:val="28"/>
          <w:szCs w:val="28"/>
        </w:rPr>
        <w:t>Etapele</w:t>
      </w:r>
      <w:proofErr w:type="spellEnd"/>
      <w:r w:rsidR="005D45C4" w:rsidRPr="00242782">
        <w:rPr>
          <w:rFonts w:ascii="Times New Roman" w:hAnsi="Times New Roman" w:cs="Times New Roman"/>
          <w:b/>
          <w:bCs/>
          <w:sz w:val="28"/>
          <w:szCs w:val="28"/>
        </w:rPr>
        <w:t xml:space="preserve"> </w:t>
      </w:r>
      <w:proofErr w:type="spellStart"/>
      <w:r w:rsidR="005D45C4" w:rsidRPr="00242782">
        <w:rPr>
          <w:rFonts w:ascii="Times New Roman" w:hAnsi="Times New Roman" w:cs="Times New Roman"/>
          <w:b/>
          <w:bCs/>
          <w:sz w:val="28"/>
          <w:szCs w:val="28"/>
        </w:rPr>
        <w:t>realizării</w:t>
      </w:r>
      <w:proofErr w:type="spellEnd"/>
      <w:r w:rsidR="005D45C4" w:rsidRPr="00242782">
        <w:rPr>
          <w:rFonts w:ascii="Times New Roman" w:hAnsi="Times New Roman" w:cs="Times New Roman"/>
          <w:b/>
          <w:bCs/>
          <w:sz w:val="28"/>
          <w:szCs w:val="28"/>
        </w:rPr>
        <w:t xml:space="preserve"> </w:t>
      </w:r>
      <w:proofErr w:type="spellStart"/>
      <w:r w:rsidR="005D45C4" w:rsidRPr="00242782">
        <w:rPr>
          <w:rFonts w:ascii="Times New Roman" w:hAnsi="Times New Roman" w:cs="Times New Roman"/>
          <w:b/>
          <w:bCs/>
          <w:sz w:val="28"/>
          <w:szCs w:val="28"/>
        </w:rPr>
        <w:t>lucr</w:t>
      </w:r>
      <w:proofErr w:type="spellEnd"/>
      <w:r w:rsidR="005D45C4" w:rsidRPr="00242782">
        <w:rPr>
          <w:rFonts w:ascii="Times New Roman" w:hAnsi="Times New Roman" w:cs="Times New Roman"/>
          <w:b/>
          <w:bCs/>
          <w:sz w:val="28"/>
          <w:szCs w:val="28"/>
          <w:lang w:val="ro-RO"/>
        </w:rPr>
        <w:t>ă</w:t>
      </w:r>
      <w:proofErr w:type="spellStart"/>
      <w:r w:rsidR="005D45C4" w:rsidRPr="00242782">
        <w:rPr>
          <w:rFonts w:ascii="Times New Roman" w:hAnsi="Times New Roman" w:cs="Times New Roman"/>
          <w:b/>
          <w:bCs/>
          <w:sz w:val="28"/>
          <w:szCs w:val="28"/>
        </w:rPr>
        <w:t>rii</w:t>
      </w:r>
      <w:proofErr w:type="spellEnd"/>
    </w:p>
    <w:p w14:paraId="4687BB49" w14:textId="77777777" w:rsidR="005D45C4" w:rsidRPr="00114AAC" w:rsidRDefault="005D45C4" w:rsidP="00242782">
      <w:pPr>
        <w:pStyle w:val="ae"/>
        <w:spacing w:before="100" w:beforeAutospacing="1" w:after="100" w:afterAutospacing="1"/>
        <w:ind w:left="360"/>
        <w:jc w:val="both"/>
        <w:rPr>
          <w:rFonts w:ascii="Times New Roman" w:hAnsi="Times New Roman" w:cs="Times New Roman"/>
          <w:b/>
          <w:bCs/>
          <w:sz w:val="24"/>
          <w:szCs w:val="20"/>
          <w:lang w:val="fr-FR"/>
        </w:rPr>
      </w:pPr>
    </w:p>
    <w:p w14:paraId="6028A863" w14:textId="402D78AE" w:rsidR="005D45C4" w:rsidRPr="00242782" w:rsidRDefault="005D45C4" w:rsidP="00242782">
      <w:pPr>
        <w:pStyle w:val="ae"/>
        <w:numPr>
          <w:ilvl w:val="0"/>
          <w:numId w:val="20"/>
        </w:numPr>
        <w:spacing w:before="100" w:beforeAutospacing="1" w:after="100" w:afterAutospacing="1" w:line="480" w:lineRule="auto"/>
        <w:jc w:val="both"/>
        <w:rPr>
          <w:rFonts w:ascii="Times New Roman" w:hAnsi="Times New Roman" w:cs="Times New Roman"/>
          <w:b/>
          <w:bCs/>
          <w:sz w:val="24"/>
          <w:szCs w:val="20"/>
        </w:rPr>
      </w:pPr>
      <w:proofErr w:type="spellStart"/>
      <w:r w:rsidRPr="00242782">
        <w:rPr>
          <w:rFonts w:ascii="Times New Roman" w:hAnsi="Times New Roman" w:cs="Times New Roman"/>
          <w:b/>
          <w:bCs/>
          <w:sz w:val="24"/>
          <w:szCs w:val="20"/>
        </w:rPr>
        <w:t>Conceptul</w:t>
      </w:r>
      <w:proofErr w:type="spellEnd"/>
      <w:r w:rsidRPr="00242782">
        <w:rPr>
          <w:rFonts w:ascii="Times New Roman" w:hAnsi="Times New Roman" w:cs="Times New Roman"/>
          <w:b/>
          <w:bCs/>
          <w:sz w:val="24"/>
          <w:szCs w:val="20"/>
        </w:rPr>
        <w:t xml:space="preserve"> artistic </w:t>
      </w:r>
      <w:proofErr w:type="spellStart"/>
      <w:r w:rsidRPr="00242782">
        <w:rPr>
          <w:rFonts w:ascii="Times New Roman" w:hAnsi="Times New Roman" w:cs="Times New Roman"/>
          <w:b/>
          <w:bCs/>
          <w:sz w:val="24"/>
          <w:szCs w:val="20"/>
        </w:rPr>
        <w:t>și</w:t>
      </w:r>
      <w:proofErr w:type="spellEnd"/>
      <w:r w:rsidRPr="00242782">
        <w:rPr>
          <w:rFonts w:ascii="Times New Roman" w:hAnsi="Times New Roman" w:cs="Times New Roman"/>
          <w:b/>
          <w:bCs/>
          <w:sz w:val="24"/>
          <w:szCs w:val="20"/>
        </w:rPr>
        <w:t xml:space="preserve"> </w:t>
      </w:r>
      <w:proofErr w:type="spellStart"/>
      <w:r w:rsidRPr="00242782">
        <w:rPr>
          <w:rFonts w:ascii="Times New Roman" w:hAnsi="Times New Roman" w:cs="Times New Roman"/>
          <w:b/>
          <w:bCs/>
          <w:sz w:val="24"/>
          <w:szCs w:val="20"/>
        </w:rPr>
        <w:t>schița</w:t>
      </w:r>
      <w:proofErr w:type="spellEnd"/>
    </w:p>
    <w:p w14:paraId="12D0BD6D" w14:textId="77777777" w:rsidR="005D45C4" w:rsidRPr="00114AAC" w:rsidRDefault="005D45C4" w:rsidP="00242782">
      <w:pPr>
        <w:pStyle w:val="ae"/>
        <w:numPr>
          <w:ilvl w:val="0"/>
          <w:numId w:val="16"/>
        </w:numPr>
        <w:spacing w:before="100" w:beforeAutospacing="1" w:after="100" w:afterAutospacing="1"/>
        <w:jc w:val="both"/>
        <w:rPr>
          <w:rFonts w:ascii="Times New Roman" w:hAnsi="Times New Roman" w:cs="Times New Roman"/>
          <w:sz w:val="24"/>
          <w:szCs w:val="20"/>
          <w:lang w:val="fr-FR"/>
        </w:rPr>
      </w:pPr>
      <w:proofErr w:type="spellStart"/>
      <w:r w:rsidRPr="00114AAC">
        <w:rPr>
          <w:rFonts w:ascii="Times New Roman" w:hAnsi="Times New Roman" w:cs="Times New Roman"/>
          <w:sz w:val="24"/>
          <w:szCs w:val="20"/>
          <w:lang w:val="fr-FR"/>
        </w:rPr>
        <w:t>Autorul</w:t>
      </w:r>
      <w:proofErr w:type="spellEnd"/>
      <w:r w:rsidRPr="00114AAC">
        <w:rPr>
          <w:rFonts w:ascii="Times New Roman" w:hAnsi="Times New Roman" w:cs="Times New Roman"/>
          <w:sz w:val="24"/>
          <w:szCs w:val="20"/>
          <w:lang w:val="fr-FR"/>
        </w:rPr>
        <w:t xml:space="preserve"> va </w:t>
      </w:r>
      <w:proofErr w:type="spellStart"/>
      <w:r w:rsidRPr="00114AAC">
        <w:rPr>
          <w:rFonts w:ascii="Times New Roman" w:hAnsi="Times New Roman" w:cs="Times New Roman"/>
          <w:sz w:val="24"/>
          <w:szCs w:val="20"/>
          <w:lang w:val="fr-FR"/>
        </w:rPr>
        <w:t>elabora</w:t>
      </w:r>
      <w:proofErr w:type="spellEnd"/>
      <w:r w:rsidRPr="00114AAC">
        <w:rPr>
          <w:rFonts w:ascii="Times New Roman" w:hAnsi="Times New Roman" w:cs="Times New Roman"/>
          <w:sz w:val="24"/>
          <w:szCs w:val="20"/>
          <w:lang w:val="fr-FR"/>
        </w:rPr>
        <w:t xml:space="preserve"> </w:t>
      </w:r>
      <w:proofErr w:type="spellStart"/>
      <w:r w:rsidRPr="00114AAC">
        <w:rPr>
          <w:rFonts w:ascii="Times New Roman" w:hAnsi="Times New Roman" w:cs="Times New Roman"/>
          <w:sz w:val="24"/>
          <w:szCs w:val="20"/>
          <w:lang w:val="fr-FR"/>
        </w:rPr>
        <w:t>conceptul</w:t>
      </w:r>
      <w:proofErr w:type="spellEnd"/>
      <w:r w:rsidRPr="00114AAC">
        <w:rPr>
          <w:rFonts w:ascii="Times New Roman" w:hAnsi="Times New Roman" w:cs="Times New Roman"/>
          <w:sz w:val="24"/>
          <w:szCs w:val="20"/>
          <w:lang w:val="fr-FR"/>
        </w:rPr>
        <w:t xml:space="preserve"> </w:t>
      </w:r>
      <w:proofErr w:type="spellStart"/>
      <w:r w:rsidRPr="00114AAC">
        <w:rPr>
          <w:rFonts w:ascii="Times New Roman" w:hAnsi="Times New Roman" w:cs="Times New Roman"/>
          <w:sz w:val="24"/>
          <w:szCs w:val="20"/>
          <w:lang w:val="fr-FR"/>
        </w:rPr>
        <w:t>artistic</w:t>
      </w:r>
      <w:proofErr w:type="spellEnd"/>
      <w:r w:rsidRPr="00114AAC">
        <w:rPr>
          <w:rFonts w:ascii="Times New Roman" w:hAnsi="Times New Roman" w:cs="Times New Roman"/>
          <w:sz w:val="24"/>
          <w:szCs w:val="20"/>
          <w:lang w:val="fr-FR"/>
        </w:rPr>
        <w:t xml:space="preserve"> al </w:t>
      </w:r>
      <w:proofErr w:type="spellStart"/>
      <w:r w:rsidRPr="00114AAC">
        <w:rPr>
          <w:rFonts w:ascii="Times New Roman" w:hAnsi="Times New Roman" w:cs="Times New Roman"/>
          <w:sz w:val="24"/>
          <w:szCs w:val="20"/>
          <w:lang w:val="fr-FR"/>
        </w:rPr>
        <w:t>lucrării</w:t>
      </w:r>
      <w:proofErr w:type="spellEnd"/>
      <w:r w:rsidRPr="00114AAC">
        <w:rPr>
          <w:rFonts w:ascii="Times New Roman" w:hAnsi="Times New Roman" w:cs="Times New Roman"/>
          <w:sz w:val="24"/>
          <w:szCs w:val="20"/>
          <w:lang w:val="fr-FR"/>
        </w:rPr>
        <w:t xml:space="preserve">, </w:t>
      </w:r>
      <w:proofErr w:type="spellStart"/>
      <w:r w:rsidRPr="00114AAC">
        <w:rPr>
          <w:rFonts w:ascii="Times New Roman" w:hAnsi="Times New Roman" w:cs="Times New Roman"/>
          <w:sz w:val="24"/>
          <w:szCs w:val="20"/>
          <w:lang w:val="fr-FR"/>
        </w:rPr>
        <w:t>incluzând</w:t>
      </w:r>
      <w:proofErr w:type="spellEnd"/>
      <w:r w:rsidRPr="00114AAC">
        <w:rPr>
          <w:rFonts w:ascii="Times New Roman" w:hAnsi="Times New Roman" w:cs="Times New Roman"/>
          <w:sz w:val="24"/>
          <w:szCs w:val="20"/>
          <w:lang w:val="fr-FR"/>
        </w:rPr>
        <w:t xml:space="preserve"> </w:t>
      </w:r>
      <w:proofErr w:type="spellStart"/>
      <w:r w:rsidRPr="00114AAC">
        <w:rPr>
          <w:rFonts w:ascii="Times New Roman" w:hAnsi="Times New Roman" w:cs="Times New Roman"/>
          <w:sz w:val="24"/>
          <w:szCs w:val="20"/>
          <w:lang w:val="fr-FR"/>
        </w:rPr>
        <w:t>soluția</w:t>
      </w:r>
      <w:proofErr w:type="spellEnd"/>
      <w:r w:rsidRPr="00114AAC">
        <w:rPr>
          <w:rFonts w:ascii="Times New Roman" w:hAnsi="Times New Roman" w:cs="Times New Roman"/>
          <w:sz w:val="24"/>
          <w:szCs w:val="20"/>
          <w:lang w:val="fr-FR"/>
        </w:rPr>
        <w:t xml:space="preserve"> </w:t>
      </w:r>
      <w:proofErr w:type="spellStart"/>
      <w:r w:rsidRPr="00114AAC">
        <w:rPr>
          <w:rFonts w:ascii="Times New Roman" w:hAnsi="Times New Roman" w:cs="Times New Roman"/>
          <w:sz w:val="24"/>
          <w:szCs w:val="20"/>
          <w:lang w:val="fr-FR"/>
        </w:rPr>
        <w:t>tematică</w:t>
      </w:r>
      <w:proofErr w:type="spellEnd"/>
      <w:r w:rsidRPr="00114AAC">
        <w:rPr>
          <w:rFonts w:ascii="Times New Roman" w:hAnsi="Times New Roman" w:cs="Times New Roman"/>
          <w:sz w:val="24"/>
          <w:szCs w:val="20"/>
          <w:lang w:val="fr-FR"/>
        </w:rPr>
        <w:t xml:space="preserve">, </w:t>
      </w:r>
      <w:proofErr w:type="spellStart"/>
      <w:r w:rsidRPr="00114AAC">
        <w:rPr>
          <w:rFonts w:ascii="Times New Roman" w:hAnsi="Times New Roman" w:cs="Times New Roman"/>
          <w:sz w:val="24"/>
          <w:szCs w:val="20"/>
          <w:lang w:val="fr-FR"/>
        </w:rPr>
        <w:t>compozițională</w:t>
      </w:r>
      <w:proofErr w:type="spellEnd"/>
      <w:r w:rsidRPr="00114AAC">
        <w:rPr>
          <w:rFonts w:ascii="Times New Roman" w:hAnsi="Times New Roman" w:cs="Times New Roman"/>
          <w:sz w:val="24"/>
          <w:szCs w:val="20"/>
          <w:lang w:val="fr-FR"/>
        </w:rPr>
        <w:t xml:space="preserve"> </w:t>
      </w:r>
      <w:proofErr w:type="spellStart"/>
      <w:r w:rsidRPr="00114AAC">
        <w:rPr>
          <w:rFonts w:ascii="Times New Roman" w:hAnsi="Times New Roman" w:cs="Times New Roman"/>
          <w:sz w:val="24"/>
          <w:szCs w:val="20"/>
          <w:lang w:val="fr-FR"/>
        </w:rPr>
        <w:t>și</w:t>
      </w:r>
      <w:proofErr w:type="spellEnd"/>
      <w:r w:rsidRPr="00114AAC">
        <w:rPr>
          <w:rFonts w:ascii="Times New Roman" w:hAnsi="Times New Roman" w:cs="Times New Roman"/>
          <w:sz w:val="24"/>
          <w:szCs w:val="20"/>
          <w:lang w:val="fr-FR"/>
        </w:rPr>
        <w:t xml:space="preserve"> </w:t>
      </w:r>
      <w:proofErr w:type="spellStart"/>
      <w:r w:rsidRPr="00114AAC">
        <w:rPr>
          <w:rFonts w:ascii="Times New Roman" w:hAnsi="Times New Roman" w:cs="Times New Roman"/>
          <w:sz w:val="24"/>
          <w:szCs w:val="20"/>
          <w:lang w:val="fr-FR"/>
        </w:rPr>
        <w:t>volumetrică</w:t>
      </w:r>
      <w:proofErr w:type="spellEnd"/>
      <w:r w:rsidRPr="00114AAC">
        <w:rPr>
          <w:rFonts w:ascii="Times New Roman" w:hAnsi="Times New Roman" w:cs="Times New Roman"/>
          <w:sz w:val="24"/>
          <w:szCs w:val="20"/>
          <w:lang w:val="fr-FR"/>
        </w:rPr>
        <w:t>.</w:t>
      </w:r>
    </w:p>
    <w:p w14:paraId="2FA2A13F" w14:textId="77777777" w:rsidR="00114AAC" w:rsidRDefault="005D45C4" w:rsidP="00242782">
      <w:pPr>
        <w:pStyle w:val="ae"/>
        <w:numPr>
          <w:ilvl w:val="0"/>
          <w:numId w:val="16"/>
        </w:numPr>
        <w:spacing w:before="100" w:beforeAutospacing="1" w:after="100" w:afterAutospacing="1"/>
        <w:jc w:val="both"/>
        <w:rPr>
          <w:rFonts w:ascii="Times New Roman" w:hAnsi="Times New Roman" w:cs="Times New Roman"/>
          <w:sz w:val="24"/>
          <w:szCs w:val="20"/>
          <w:lang w:val="fr-FR"/>
        </w:rPr>
      </w:pPr>
      <w:proofErr w:type="spellStart"/>
      <w:r w:rsidRPr="00114AAC">
        <w:rPr>
          <w:rFonts w:ascii="Times New Roman" w:hAnsi="Times New Roman" w:cs="Times New Roman"/>
          <w:sz w:val="24"/>
          <w:szCs w:val="20"/>
          <w:lang w:val="fr-FR"/>
        </w:rPr>
        <w:t>Schița</w:t>
      </w:r>
      <w:proofErr w:type="spellEnd"/>
      <w:r w:rsidRPr="00114AAC">
        <w:rPr>
          <w:rFonts w:ascii="Times New Roman" w:hAnsi="Times New Roman" w:cs="Times New Roman"/>
          <w:sz w:val="24"/>
          <w:szCs w:val="20"/>
          <w:lang w:val="fr-FR"/>
        </w:rPr>
        <w:t xml:space="preserve"> </w:t>
      </w:r>
      <w:proofErr w:type="spellStart"/>
      <w:r w:rsidRPr="00114AAC">
        <w:rPr>
          <w:rFonts w:ascii="Times New Roman" w:hAnsi="Times New Roman" w:cs="Times New Roman"/>
          <w:sz w:val="24"/>
          <w:szCs w:val="20"/>
          <w:lang w:val="fr-FR"/>
        </w:rPr>
        <w:t>poate</w:t>
      </w:r>
      <w:proofErr w:type="spellEnd"/>
      <w:r w:rsidRPr="00114AAC">
        <w:rPr>
          <w:rFonts w:ascii="Times New Roman" w:hAnsi="Times New Roman" w:cs="Times New Roman"/>
          <w:sz w:val="24"/>
          <w:szCs w:val="20"/>
          <w:lang w:val="fr-FR"/>
        </w:rPr>
        <w:t xml:space="preserve"> fi </w:t>
      </w:r>
      <w:proofErr w:type="spellStart"/>
      <w:r w:rsidRPr="00114AAC">
        <w:rPr>
          <w:rFonts w:ascii="Times New Roman" w:hAnsi="Times New Roman" w:cs="Times New Roman"/>
          <w:sz w:val="24"/>
          <w:szCs w:val="20"/>
          <w:lang w:val="fr-FR"/>
        </w:rPr>
        <w:t>realizată</w:t>
      </w:r>
      <w:proofErr w:type="spellEnd"/>
      <w:r w:rsidRPr="00114AAC">
        <w:rPr>
          <w:rFonts w:ascii="Times New Roman" w:hAnsi="Times New Roman" w:cs="Times New Roman"/>
          <w:sz w:val="24"/>
          <w:szCs w:val="20"/>
          <w:lang w:val="fr-FR"/>
        </w:rPr>
        <w:t xml:space="preserve"> </w:t>
      </w:r>
      <w:proofErr w:type="spellStart"/>
      <w:r w:rsidRPr="00114AAC">
        <w:rPr>
          <w:rFonts w:ascii="Times New Roman" w:hAnsi="Times New Roman" w:cs="Times New Roman"/>
          <w:sz w:val="24"/>
          <w:szCs w:val="20"/>
          <w:lang w:val="fr-FR"/>
        </w:rPr>
        <w:t>în</w:t>
      </w:r>
      <w:proofErr w:type="spellEnd"/>
      <w:r w:rsidRPr="00114AAC">
        <w:rPr>
          <w:rFonts w:ascii="Times New Roman" w:hAnsi="Times New Roman" w:cs="Times New Roman"/>
          <w:sz w:val="24"/>
          <w:szCs w:val="20"/>
          <w:lang w:val="fr-FR"/>
        </w:rPr>
        <w:t xml:space="preserve"> </w:t>
      </w:r>
      <w:proofErr w:type="spellStart"/>
      <w:r w:rsidRPr="00114AAC">
        <w:rPr>
          <w:rFonts w:ascii="Times New Roman" w:hAnsi="Times New Roman" w:cs="Times New Roman"/>
          <w:sz w:val="24"/>
          <w:szCs w:val="20"/>
          <w:lang w:val="fr-FR"/>
        </w:rPr>
        <w:t>variantă</w:t>
      </w:r>
      <w:proofErr w:type="spellEnd"/>
      <w:r w:rsidRPr="00114AAC">
        <w:rPr>
          <w:rFonts w:ascii="Times New Roman" w:hAnsi="Times New Roman" w:cs="Times New Roman"/>
          <w:sz w:val="24"/>
          <w:szCs w:val="20"/>
          <w:lang w:val="fr-FR"/>
        </w:rPr>
        <w:t xml:space="preserve"> </w:t>
      </w:r>
      <w:proofErr w:type="spellStart"/>
      <w:r w:rsidRPr="00114AAC">
        <w:rPr>
          <w:rFonts w:ascii="Times New Roman" w:hAnsi="Times New Roman" w:cs="Times New Roman"/>
          <w:sz w:val="24"/>
          <w:szCs w:val="20"/>
          <w:lang w:val="fr-FR"/>
        </w:rPr>
        <w:t>grafică</w:t>
      </w:r>
      <w:proofErr w:type="spellEnd"/>
      <w:r w:rsidRPr="00114AAC">
        <w:rPr>
          <w:rFonts w:ascii="Times New Roman" w:hAnsi="Times New Roman" w:cs="Times New Roman"/>
          <w:sz w:val="24"/>
          <w:szCs w:val="20"/>
          <w:lang w:val="fr-FR"/>
        </w:rPr>
        <w:t xml:space="preserve"> </w:t>
      </w:r>
      <w:proofErr w:type="spellStart"/>
      <w:r w:rsidRPr="00114AAC">
        <w:rPr>
          <w:rFonts w:ascii="Times New Roman" w:hAnsi="Times New Roman" w:cs="Times New Roman"/>
          <w:sz w:val="24"/>
          <w:szCs w:val="20"/>
          <w:lang w:val="fr-FR"/>
        </w:rPr>
        <w:t>sau</w:t>
      </w:r>
      <w:proofErr w:type="spellEnd"/>
      <w:r w:rsidRPr="00114AAC">
        <w:rPr>
          <w:rFonts w:ascii="Times New Roman" w:hAnsi="Times New Roman" w:cs="Times New Roman"/>
          <w:sz w:val="24"/>
          <w:szCs w:val="20"/>
          <w:lang w:val="fr-FR"/>
        </w:rPr>
        <w:t xml:space="preserve"> </w:t>
      </w:r>
      <w:proofErr w:type="spellStart"/>
      <w:r w:rsidRPr="00114AAC">
        <w:rPr>
          <w:rFonts w:ascii="Times New Roman" w:hAnsi="Times New Roman" w:cs="Times New Roman"/>
          <w:sz w:val="24"/>
          <w:szCs w:val="20"/>
          <w:lang w:val="fr-FR"/>
        </w:rPr>
        <w:t>sub</w:t>
      </w:r>
      <w:proofErr w:type="spellEnd"/>
      <w:r w:rsidRPr="00114AAC">
        <w:rPr>
          <w:rFonts w:ascii="Times New Roman" w:hAnsi="Times New Roman" w:cs="Times New Roman"/>
          <w:sz w:val="24"/>
          <w:szCs w:val="20"/>
          <w:lang w:val="fr-FR"/>
        </w:rPr>
        <w:t xml:space="preserve"> </w:t>
      </w:r>
      <w:proofErr w:type="spellStart"/>
      <w:r w:rsidRPr="00114AAC">
        <w:rPr>
          <w:rFonts w:ascii="Times New Roman" w:hAnsi="Times New Roman" w:cs="Times New Roman"/>
          <w:sz w:val="24"/>
          <w:szCs w:val="20"/>
          <w:lang w:val="fr-FR"/>
        </w:rPr>
        <w:t>formă</w:t>
      </w:r>
      <w:proofErr w:type="spellEnd"/>
      <w:r w:rsidRPr="00114AAC">
        <w:rPr>
          <w:rFonts w:ascii="Times New Roman" w:hAnsi="Times New Roman" w:cs="Times New Roman"/>
          <w:sz w:val="24"/>
          <w:szCs w:val="20"/>
          <w:lang w:val="fr-FR"/>
        </w:rPr>
        <w:t xml:space="preserve"> de </w:t>
      </w:r>
      <w:proofErr w:type="spellStart"/>
      <w:r w:rsidRPr="00114AAC">
        <w:rPr>
          <w:rFonts w:ascii="Times New Roman" w:hAnsi="Times New Roman" w:cs="Times New Roman"/>
          <w:sz w:val="24"/>
          <w:szCs w:val="20"/>
          <w:lang w:val="fr-FR"/>
        </w:rPr>
        <w:t>machetă</w:t>
      </w:r>
      <w:proofErr w:type="spellEnd"/>
      <w:r w:rsidRPr="00114AAC">
        <w:rPr>
          <w:rFonts w:ascii="Times New Roman" w:hAnsi="Times New Roman" w:cs="Times New Roman"/>
          <w:sz w:val="24"/>
          <w:szCs w:val="20"/>
          <w:lang w:val="fr-FR"/>
        </w:rPr>
        <w:t xml:space="preserve"> </w:t>
      </w:r>
      <w:proofErr w:type="spellStart"/>
      <w:r w:rsidRPr="00114AAC">
        <w:rPr>
          <w:rFonts w:ascii="Times New Roman" w:hAnsi="Times New Roman" w:cs="Times New Roman"/>
          <w:sz w:val="24"/>
          <w:szCs w:val="20"/>
          <w:lang w:val="fr-FR"/>
        </w:rPr>
        <w:t>volumetrică</w:t>
      </w:r>
      <w:proofErr w:type="spellEnd"/>
    </w:p>
    <w:p w14:paraId="6CFFC1CE" w14:textId="0D10AF27" w:rsidR="005D45C4" w:rsidRPr="00114AAC" w:rsidRDefault="005D45C4" w:rsidP="00242782">
      <w:pPr>
        <w:pStyle w:val="ae"/>
        <w:spacing w:before="100" w:beforeAutospacing="1" w:after="100" w:afterAutospacing="1"/>
        <w:ind w:left="360"/>
        <w:jc w:val="both"/>
        <w:rPr>
          <w:rFonts w:ascii="Times New Roman" w:hAnsi="Times New Roman" w:cs="Times New Roman"/>
          <w:sz w:val="24"/>
          <w:szCs w:val="20"/>
          <w:lang w:val="fr-FR"/>
        </w:rPr>
      </w:pPr>
    </w:p>
    <w:p w14:paraId="188D588E" w14:textId="1AE83C28" w:rsidR="005D45C4" w:rsidRPr="00242782" w:rsidRDefault="005D45C4" w:rsidP="00242782">
      <w:pPr>
        <w:pStyle w:val="ae"/>
        <w:numPr>
          <w:ilvl w:val="0"/>
          <w:numId w:val="20"/>
        </w:numPr>
        <w:spacing w:before="100" w:beforeAutospacing="1" w:after="100" w:afterAutospacing="1" w:line="480" w:lineRule="auto"/>
        <w:jc w:val="both"/>
        <w:rPr>
          <w:rFonts w:ascii="Times New Roman" w:hAnsi="Times New Roman" w:cs="Times New Roman"/>
          <w:b/>
          <w:bCs/>
          <w:sz w:val="24"/>
          <w:szCs w:val="20"/>
          <w:lang w:val="fr-FR"/>
        </w:rPr>
      </w:pPr>
      <w:proofErr w:type="spellStart"/>
      <w:r w:rsidRPr="00242782">
        <w:rPr>
          <w:rFonts w:ascii="Times New Roman" w:hAnsi="Times New Roman" w:cs="Times New Roman"/>
          <w:b/>
          <w:bCs/>
          <w:sz w:val="24"/>
          <w:szCs w:val="20"/>
          <w:lang w:val="fr-FR"/>
        </w:rPr>
        <w:t>Modelul</w:t>
      </w:r>
      <w:proofErr w:type="spellEnd"/>
      <w:r w:rsidRPr="00242782">
        <w:rPr>
          <w:rFonts w:ascii="Times New Roman" w:hAnsi="Times New Roman" w:cs="Times New Roman"/>
          <w:b/>
          <w:bCs/>
          <w:sz w:val="24"/>
          <w:szCs w:val="20"/>
          <w:lang w:val="fr-FR"/>
        </w:rPr>
        <w:t xml:space="preserve"> de </w:t>
      </w:r>
      <w:proofErr w:type="spellStart"/>
      <w:r w:rsidRPr="00242782">
        <w:rPr>
          <w:rFonts w:ascii="Times New Roman" w:hAnsi="Times New Roman" w:cs="Times New Roman"/>
          <w:b/>
          <w:bCs/>
          <w:sz w:val="24"/>
          <w:szCs w:val="20"/>
          <w:lang w:val="fr-FR"/>
        </w:rPr>
        <w:t>lucru</w:t>
      </w:r>
      <w:proofErr w:type="spellEnd"/>
      <w:r w:rsidRPr="00242782">
        <w:rPr>
          <w:rFonts w:ascii="Times New Roman" w:hAnsi="Times New Roman" w:cs="Times New Roman"/>
          <w:b/>
          <w:bCs/>
          <w:sz w:val="24"/>
          <w:szCs w:val="20"/>
          <w:lang w:val="fr-FR"/>
        </w:rPr>
        <w:t xml:space="preserve"> (</w:t>
      </w:r>
      <w:proofErr w:type="spellStart"/>
      <w:r w:rsidRPr="00242782">
        <w:rPr>
          <w:rFonts w:ascii="Times New Roman" w:hAnsi="Times New Roman" w:cs="Times New Roman"/>
          <w:b/>
          <w:bCs/>
          <w:sz w:val="24"/>
          <w:szCs w:val="20"/>
          <w:lang w:val="fr-FR"/>
        </w:rPr>
        <w:t>machetă</w:t>
      </w:r>
      <w:proofErr w:type="spellEnd"/>
      <w:r w:rsidRPr="00242782">
        <w:rPr>
          <w:rFonts w:ascii="Times New Roman" w:hAnsi="Times New Roman" w:cs="Times New Roman"/>
          <w:b/>
          <w:bCs/>
          <w:sz w:val="24"/>
          <w:szCs w:val="20"/>
          <w:lang w:val="fr-FR"/>
        </w:rPr>
        <w:t xml:space="preserve"> </w:t>
      </w:r>
      <w:proofErr w:type="spellStart"/>
      <w:r w:rsidRPr="00242782">
        <w:rPr>
          <w:rFonts w:ascii="Times New Roman" w:hAnsi="Times New Roman" w:cs="Times New Roman"/>
          <w:b/>
          <w:bCs/>
          <w:sz w:val="24"/>
          <w:szCs w:val="20"/>
          <w:lang w:val="fr-FR"/>
        </w:rPr>
        <w:t>dezvoltată</w:t>
      </w:r>
      <w:proofErr w:type="spellEnd"/>
      <w:r w:rsidRPr="00242782">
        <w:rPr>
          <w:rFonts w:ascii="Times New Roman" w:hAnsi="Times New Roman" w:cs="Times New Roman"/>
          <w:b/>
          <w:bCs/>
          <w:sz w:val="24"/>
          <w:szCs w:val="20"/>
          <w:lang w:val="fr-FR"/>
        </w:rPr>
        <w:t>)</w:t>
      </w:r>
    </w:p>
    <w:p w14:paraId="018B00B4" w14:textId="77777777" w:rsidR="005D45C4" w:rsidRPr="00114AAC" w:rsidRDefault="005D45C4" w:rsidP="00242782">
      <w:pPr>
        <w:pStyle w:val="ae"/>
        <w:numPr>
          <w:ilvl w:val="0"/>
          <w:numId w:val="16"/>
        </w:numPr>
        <w:spacing w:before="100" w:beforeAutospacing="1" w:after="100" w:afterAutospacing="1"/>
        <w:jc w:val="both"/>
        <w:rPr>
          <w:rFonts w:ascii="Times New Roman" w:hAnsi="Times New Roman" w:cs="Times New Roman"/>
          <w:sz w:val="24"/>
          <w:szCs w:val="20"/>
          <w:lang w:val="fr-FR"/>
        </w:rPr>
      </w:pPr>
      <w:proofErr w:type="spellStart"/>
      <w:r w:rsidRPr="00114AAC">
        <w:rPr>
          <w:rFonts w:ascii="Times New Roman" w:hAnsi="Times New Roman" w:cs="Times New Roman"/>
          <w:sz w:val="24"/>
          <w:szCs w:val="20"/>
          <w:lang w:val="fr-FR"/>
        </w:rPr>
        <w:t>Realizarea</w:t>
      </w:r>
      <w:proofErr w:type="spellEnd"/>
      <w:r w:rsidRPr="00114AAC">
        <w:rPr>
          <w:rFonts w:ascii="Times New Roman" w:hAnsi="Times New Roman" w:cs="Times New Roman"/>
          <w:sz w:val="24"/>
          <w:szCs w:val="20"/>
          <w:lang w:val="fr-FR"/>
        </w:rPr>
        <w:t xml:space="preserve"> </w:t>
      </w:r>
      <w:proofErr w:type="spellStart"/>
      <w:r w:rsidRPr="00114AAC">
        <w:rPr>
          <w:rFonts w:ascii="Times New Roman" w:hAnsi="Times New Roman" w:cs="Times New Roman"/>
          <w:sz w:val="24"/>
          <w:szCs w:val="20"/>
          <w:lang w:val="fr-FR"/>
        </w:rPr>
        <w:t>modelului</w:t>
      </w:r>
      <w:proofErr w:type="spellEnd"/>
      <w:r w:rsidRPr="00114AAC">
        <w:rPr>
          <w:rFonts w:ascii="Times New Roman" w:hAnsi="Times New Roman" w:cs="Times New Roman"/>
          <w:sz w:val="24"/>
          <w:szCs w:val="20"/>
          <w:lang w:val="fr-FR"/>
        </w:rPr>
        <w:t xml:space="preserve"> </w:t>
      </w:r>
      <w:proofErr w:type="spellStart"/>
      <w:r w:rsidRPr="00114AAC">
        <w:rPr>
          <w:rFonts w:ascii="Times New Roman" w:hAnsi="Times New Roman" w:cs="Times New Roman"/>
          <w:sz w:val="24"/>
          <w:szCs w:val="20"/>
          <w:lang w:val="fr-FR"/>
        </w:rPr>
        <w:t>tridimensional</w:t>
      </w:r>
      <w:proofErr w:type="spellEnd"/>
      <w:r w:rsidRPr="00114AAC">
        <w:rPr>
          <w:rFonts w:ascii="Times New Roman" w:hAnsi="Times New Roman" w:cs="Times New Roman"/>
          <w:sz w:val="24"/>
          <w:szCs w:val="20"/>
          <w:lang w:val="fr-FR"/>
        </w:rPr>
        <w:t xml:space="preserve"> </w:t>
      </w:r>
      <w:proofErr w:type="spellStart"/>
      <w:r w:rsidRPr="00114AAC">
        <w:rPr>
          <w:rFonts w:ascii="Times New Roman" w:hAnsi="Times New Roman" w:cs="Times New Roman"/>
          <w:sz w:val="24"/>
          <w:szCs w:val="20"/>
          <w:lang w:val="fr-FR"/>
        </w:rPr>
        <w:t>în</w:t>
      </w:r>
      <w:proofErr w:type="spellEnd"/>
      <w:r w:rsidRPr="00114AAC">
        <w:rPr>
          <w:rFonts w:ascii="Times New Roman" w:hAnsi="Times New Roman" w:cs="Times New Roman"/>
          <w:sz w:val="24"/>
          <w:szCs w:val="20"/>
          <w:lang w:val="fr-FR"/>
        </w:rPr>
        <w:t xml:space="preserve"> </w:t>
      </w:r>
      <w:proofErr w:type="spellStart"/>
      <w:r w:rsidRPr="00114AAC">
        <w:rPr>
          <w:rFonts w:ascii="Times New Roman" w:hAnsi="Times New Roman" w:cs="Times New Roman"/>
          <w:sz w:val="24"/>
          <w:szCs w:val="20"/>
          <w:lang w:val="fr-FR"/>
        </w:rPr>
        <w:t>material</w:t>
      </w:r>
      <w:proofErr w:type="spellEnd"/>
      <w:r w:rsidRPr="00114AAC">
        <w:rPr>
          <w:rFonts w:ascii="Times New Roman" w:hAnsi="Times New Roman" w:cs="Times New Roman"/>
          <w:sz w:val="24"/>
          <w:szCs w:val="20"/>
          <w:lang w:val="fr-FR"/>
        </w:rPr>
        <w:t xml:space="preserve"> </w:t>
      </w:r>
      <w:proofErr w:type="spellStart"/>
      <w:r w:rsidRPr="00114AAC">
        <w:rPr>
          <w:rFonts w:ascii="Times New Roman" w:hAnsi="Times New Roman" w:cs="Times New Roman"/>
          <w:sz w:val="24"/>
          <w:szCs w:val="20"/>
          <w:lang w:val="fr-FR"/>
        </w:rPr>
        <w:t>moale</w:t>
      </w:r>
      <w:proofErr w:type="spellEnd"/>
      <w:r w:rsidRPr="00114AAC">
        <w:rPr>
          <w:rFonts w:ascii="Times New Roman" w:hAnsi="Times New Roman" w:cs="Times New Roman"/>
          <w:sz w:val="24"/>
          <w:szCs w:val="20"/>
          <w:lang w:val="fr-FR"/>
        </w:rPr>
        <w:t xml:space="preserve"> (lut, </w:t>
      </w:r>
      <w:proofErr w:type="spellStart"/>
      <w:r w:rsidRPr="00114AAC">
        <w:rPr>
          <w:rFonts w:ascii="Times New Roman" w:hAnsi="Times New Roman" w:cs="Times New Roman"/>
          <w:sz w:val="24"/>
          <w:szCs w:val="20"/>
          <w:lang w:val="fr-FR"/>
        </w:rPr>
        <w:t>plastilină</w:t>
      </w:r>
      <w:proofErr w:type="spellEnd"/>
      <w:r w:rsidRPr="00114AAC">
        <w:rPr>
          <w:rFonts w:ascii="Times New Roman" w:hAnsi="Times New Roman" w:cs="Times New Roman"/>
          <w:sz w:val="24"/>
          <w:szCs w:val="20"/>
          <w:lang w:val="fr-FR"/>
        </w:rPr>
        <w:t xml:space="preserve"> </w:t>
      </w:r>
      <w:proofErr w:type="spellStart"/>
      <w:r w:rsidRPr="00114AAC">
        <w:rPr>
          <w:rFonts w:ascii="Times New Roman" w:hAnsi="Times New Roman" w:cs="Times New Roman"/>
          <w:sz w:val="24"/>
          <w:szCs w:val="20"/>
          <w:lang w:val="fr-FR"/>
        </w:rPr>
        <w:t>sau</w:t>
      </w:r>
      <w:proofErr w:type="spellEnd"/>
      <w:r w:rsidRPr="00114AAC">
        <w:rPr>
          <w:rFonts w:ascii="Times New Roman" w:hAnsi="Times New Roman" w:cs="Times New Roman"/>
          <w:sz w:val="24"/>
          <w:szCs w:val="20"/>
          <w:lang w:val="fr-FR"/>
        </w:rPr>
        <w:t xml:space="preserve"> </w:t>
      </w:r>
      <w:proofErr w:type="spellStart"/>
      <w:r w:rsidRPr="00114AAC">
        <w:rPr>
          <w:rFonts w:ascii="Times New Roman" w:hAnsi="Times New Roman" w:cs="Times New Roman"/>
          <w:sz w:val="24"/>
          <w:szCs w:val="20"/>
          <w:lang w:val="fr-FR"/>
        </w:rPr>
        <w:t>echivalent</w:t>
      </w:r>
      <w:proofErr w:type="spellEnd"/>
      <w:r w:rsidRPr="00114AAC">
        <w:rPr>
          <w:rFonts w:ascii="Times New Roman" w:hAnsi="Times New Roman" w:cs="Times New Roman"/>
          <w:sz w:val="24"/>
          <w:szCs w:val="20"/>
          <w:lang w:val="fr-FR"/>
        </w:rPr>
        <w:t xml:space="preserve">), la </w:t>
      </w:r>
      <w:proofErr w:type="spellStart"/>
      <w:r w:rsidRPr="00114AAC">
        <w:rPr>
          <w:rFonts w:ascii="Times New Roman" w:hAnsi="Times New Roman" w:cs="Times New Roman"/>
          <w:sz w:val="24"/>
          <w:szCs w:val="20"/>
          <w:lang w:val="fr-FR"/>
        </w:rPr>
        <w:t>dimensiune</w:t>
      </w:r>
      <w:proofErr w:type="spellEnd"/>
      <w:r w:rsidRPr="00114AAC">
        <w:rPr>
          <w:rFonts w:ascii="Times New Roman" w:hAnsi="Times New Roman" w:cs="Times New Roman"/>
          <w:sz w:val="24"/>
          <w:szCs w:val="20"/>
          <w:lang w:val="fr-FR"/>
        </w:rPr>
        <w:t xml:space="preserve"> de </w:t>
      </w:r>
      <w:proofErr w:type="spellStart"/>
      <w:r w:rsidRPr="00114AAC">
        <w:rPr>
          <w:rFonts w:ascii="Times New Roman" w:hAnsi="Times New Roman" w:cs="Times New Roman"/>
          <w:sz w:val="24"/>
          <w:szCs w:val="20"/>
          <w:lang w:val="fr-FR"/>
        </w:rPr>
        <w:t>până</w:t>
      </w:r>
      <w:proofErr w:type="spellEnd"/>
      <w:r w:rsidRPr="00114AAC">
        <w:rPr>
          <w:rFonts w:ascii="Times New Roman" w:hAnsi="Times New Roman" w:cs="Times New Roman"/>
          <w:sz w:val="24"/>
          <w:szCs w:val="20"/>
          <w:lang w:val="fr-FR"/>
        </w:rPr>
        <w:t xml:space="preserve"> la 1 m.</w:t>
      </w:r>
    </w:p>
    <w:p w14:paraId="4CA6A6F2" w14:textId="4FE8EF33" w:rsidR="005D45C4" w:rsidRDefault="005D45C4" w:rsidP="00242782">
      <w:pPr>
        <w:pStyle w:val="ae"/>
        <w:numPr>
          <w:ilvl w:val="0"/>
          <w:numId w:val="16"/>
        </w:numPr>
        <w:spacing w:before="100" w:beforeAutospacing="1" w:after="100" w:afterAutospacing="1"/>
        <w:jc w:val="both"/>
        <w:rPr>
          <w:rFonts w:ascii="Times New Roman" w:hAnsi="Times New Roman" w:cs="Times New Roman"/>
          <w:sz w:val="24"/>
          <w:szCs w:val="20"/>
        </w:rPr>
      </w:pPr>
      <w:proofErr w:type="spellStart"/>
      <w:r w:rsidRPr="00114AAC">
        <w:rPr>
          <w:rFonts w:ascii="Times New Roman" w:hAnsi="Times New Roman" w:cs="Times New Roman"/>
          <w:sz w:val="24"/>
          <w:szCs w:val="20"/>
        </w:rPr>
        <w:t>Modelul</w:t>
      </w:r>
      <w:proofErr w:type="spellEnd"/>
      <w:r w:rsidRPr="00114AAC">
        <w:rPr>
          <w:rFonts w:ascii="Times New Roman" w:hAnsi="Times New Roman" w:cs="Times New Roman"/>
          <w:sz w:val="24"/>
          <w:szCs w:val="20"/>
        </w:rPr>
        <w:t xml:space="preserve"> </w:t>
      </w:r>
      <w:proofErr w:type="spellStart"/>
      <w:r w:rsidRPr="00114AAC">
        <w:rPr>
          <w:rFonts w:ascii="Times New Roman" w:hAnsi="Times New Roman" w:cs="Times New Roman"/>
          <w:sz w:val="24"/>
          <w:szCs w:val="20"/>
        </w:rPr>
        <w:t>reflectă</w:t>
      </w:r>
      <w:proofErr w:type="spellEnd"/>
      <w:r w:rsidRPr="00114AAC">
        <w:rPr>
          <w:rFonts w:ascii="Times New Roman" w:hAnsi="Times New Roman" w:cs="Times New Roman"/>
          <w:sz w:val="24"/>
          <w:szCs w:val="20"/>
        </w:rPr>
        <w:t xml:space="preserve"> </w:t>
      </w:r>
      <w:proofErr w:type="spellStart"/>
      <w:r w:rsidRPr="00114AAC">
        <w:rPr>
          <w:rFonts w:ascii="Times New Roman" w:hAnsi="Times New Roman" w:cs="Times New Roman"/>
          <w:sz w:val="24"/>
          <w:szCs w:val="20"/>
        </w:rPr>
        <w:t>proporțiile</w:t>
      </w:r>
      <w:proofErr w:type="spellEnd"/>
      <w:r w:rsidRPr="00114AAC">
        <w:rPr>
          <w:rFonts w:ascii="Times New Roman" w:hAnsi="Times New Roman" w:cs="Times New Roman"/>
          <w:sz w:val="24"/>
          <w:szCs w:val="20"/>
        </w:rPr>
        <w:t xml:space="preserve">, </w:t>
      </w:r>
      <w:proofErr w:type="spellStart"/>
      <w:r w:rsidRPr="00114AAC">
        <w:rPr>
          <w:rFonts w:ascii="Times New Roman" w:hAnsi="Times New Roman" w:cs="Times New Roman"/>
          <w:sz w:val="24"/>
          <w:szCs w:val="20"/>
        </w:rPr>
        <w:t>expresivitatea</w:t>
      </w:r>
      <w:proofErr w:type="spellEnd"/>
      <w:r w:rsidRPr="00114AAC">
        <w:rPr>
          <w:rFonts w:ascii="Times New Roman" w:hAnsi="Times New Roman" w:cs="Times New Roman"/>
          <w:sz w:val="24"/>
          <w:szCs w:val="20"/>
        </w:rPr>
        <w:t xml:space="preserve"> </w:t>
      </w:r>
      <w:proofErr w:type="spellStart"/>
      <w:r w:rsidRPr="00114AAC">
        <w:rPr>
          <w:rFonts w:ascii="Times New Roman" w:hAnsi="Times New Roman" w:cs="Times New Roman"/>
          <w:sz w:val="24"/>
          <w:szCs w:val="20"/>
        </w:rPr>
        <w:t>plastică</w:t>
      </w:r>
      <w:proofErr w:type="spellEnd"/>
      <w:r w:rsidRPr="00114AAC">
        <w:rPr>
          <w:rFonts w:ascii="Times New Roman" w:hAnsi="Times New Roman" w:cs="Times New Roman"/>
          <w:sz w:val="24"/>
          <w:szCs w:val="20"/>
        </w:rPr>
        <w:t xml:space="preserve"> </w:t>
      </w:r>
      <w:proofErr w:type="spellStart"/>
      <w:r w:rsidRPr="00114AAC">
        <w:rPr>
          <w:rFonts w:ascii="Times New Roman" w:hAnsi="Times New Roman" w:cs="Times New Roman"/>
          <w:sz w:val="24"/>
          <w:szCs w:val="20"/>
        </w:rPr>
        <w:t>și</w:t>
      </w:r>
      <w:proofErr w:type="spellEnd"/>
      <w:r w:rsidRPr="00114AAC">
        <w:rPr>
          <w:rFonts w:ascii="Times New Roman" w:hAnsi="Times New Roman" w:cs="Times New Roman"/>
          <w:sz w:val="24"/>
          <w:szCs w:val="20"/>
        </w:rPr>
        <w:t xml:space="preserve"> </w:t>
      </w:r>
      <w:proofErr w:type="spellStart"/>
      <w:r w:rsidRPr="00114AAC">
        <w:rPr>
          <w:rFonts w:ascii="Times New Roman" w:hAnsi="Times New Roman" w:cs="Times New Roman"/>
          <w:sz w:val="24"/>
          <w:szCs w:val="20"/>
        </w:rPr>
        <w:t>structura</w:t>
      </w:r>
      <w:proofErr w:type="spellEnd"/>
      <w:r w:rsidRPr="00114AAC">
        <w:rPr>
          <w:rFonts w:ascii="Times New Roman" w:hAnsi="Times New Roman" w:cs="Times New Roman"/>
          <w:sz w:val="24"/>
          <w:szCs w:val="20"/>
        </w:rPr>
        <w:t xml:space="preserve"> </w:t>
      </w:r>
      <w:proofErr w:type="spellStart"/>
      <w:r w:rsidRPr="00114AAC">
        <w:rPr>
          <w:rFonts w:ascii="Times New Roman" w:hAnsi="Times New Roman" w:cs="Times New Roman"/>
          <w:sz w:val="24"/>
          <w:szCs w:val="20"/>
        </w:rPr>
        <w:t>compozițională</w:t>
      </w:r>
      <w:proofErr w:type="spellEnd"/>
      <w:r w:rsidRPr="00114AAC">
        <w:rPr>
          <w:rFonts w:ascii="Times New Roman" w:hAnsi="Times New Roman" w:cs="Times New Roman"/>
          <w:sz w:val="24"/>
          <w:szCs w:val="20"/>
        </w:rPr>
        <w:t xml:space="preserve"> a </w:t>
      </w:r>
      <w:proofErr w:type="spellStart"/>
      <w:r w:rsidRPr="00114AAC">
        <w:rPr>
          <w:rFonts w:ascii="Times New Roman" w:hAnsi="Times New Roman" w:cs="Times New Roman"/>
          <w:sz w:val="24"/>
          <w:szCs w:val="20"/>
        </w:rPr>
        <w:t>lucrării</w:t>
      </w:r>
      <w:proofErr w:type="spellEnd"/>
      <w:r w:rsidRPr="00114AAC">
        <w:rPr>
          <w:rFonts w:ascii="Times New Roman" w:hAnsi="Times New Roman" w:cs="Times New Roman"/>
          <w:sz w:val="24"/>
          <w:szCs w:val="20"/>
        </w:rPr>
        <w:t>.</w:t>
      </w:r>
    </w:p>
    <w:p w14:paraId="362D65D3" w14:textId="77777777" w:rsidR="00242782" w:rsidRPr="00114AAC" w:rsidRDefault="00242782" w:rsidP="00242782">
      <w:pPr>
        <w:pStyle w:val="ae"/>
        <w:spacing w:before="100" w:beforeAutospacing="1" w:after="100" w:afterAutospacing="1"/>
        <w:ind w:left="360"/>
        <w:jc w:val="both"/>
        <w:rPr>
          <w:rFonts w:ascii="Times New Roman" w:hAnsi="Times New Roman" w:cs="Times New Roman"/>
          <w:sz w:val="24"/>
          <w:szCs w:val="20"/>
        </w:rPr>
      </w:pPr>
    </w:p>
    <w:p w14:paraId="5A398B47" w14:textId="65D97C09" w:rsidR="005D45C4" w:rsidRPr="00242782" w:rsidRDefault="005D45C4" w:rsidP="00242782">
      <w:pPr>
        <w:pStyle w:val="ae"/>
        <w:numPr>
          <w:ilvl w:val="0"/>
          <w:numId w:val="20"/>
        </w:numPr>
        <w:spacing w:before="100" w:beforeAutospacing="1" w:after="100" w:afterAutospacing="1" w:line="480" w:lineRule="auto"/>
        <w:jc w:val="both"/>
        <w:rPr>
          <w:rFonts w:ascii="Times New Roman" w:hAnsi="Times New Roman" w:cs="Times New Roman"/>
          <w:b/>
          <w:bCs/>
          <w:sz w:val="24"/>
          <w:szCs w:val="20"/>
          <w:lang w:val="fr-FR"/>
        </w:rPr>
      </w:pPr>
      <w:proofErr w:type="spellStart"/>
      <w:r w:rsidRPr="00242782">
        <w:rPr>
          <w:rFonts w:ascii="Times New Roman" w:hAnsi="Times New Roman" w:cs="Times New Roman"/>
          <w:b/>
          <w:bCs/>
          <w:sz w:val="24"/>
          <w:szCs w:val="20"/>
          <w:lang w:val="fr-FR"/>
        </w:rPr>
        <w:t>Modelul</w:t>
      </w:r>
      <w:proofErr w:type="spellEnd"/>
      <w:r w:rsidRPr="00242782">
        <w:rPr>
          <w:rFonts w:ascii="Times New Roman" w:hAnsi="Times New Roman" w:cs="Times New Roman"/>
          <w:b/>
          <w:bCs/>
          <w:sz w:val="24"/>
          <w:szCs w:val="20"/>
          <w:lang w:val="fr-FR"/>
        </w:rPr>
        <w:t xml:space="preserve"> la </w:t>
      </w:r>
      <w:proofErr w:type="spellStart"/>
      <w:r w:rsidRPr="00242782">
        <w:rPr>
          <w:rFonts w:ascii="Times New Roman" w:hAnsi="Times New Roman" w:cs="Times New Roman"/>
          <w:b/>
          <w:bCs/>
          <w:sz w:val="24"/>
          <w:szCs w:val="20"/>
          <w:lang w:val="fr-FR"/>
        </w:rPr>
        <w:t>mărime</w:t>
      </w:r>
      <w:proofErr w:type="spellEnd"/>
      <w:r w:rsidRPr="00242782">
        <w:rPr>
          <w:rFonts w:ascii="Times New Roman" w:hAnsi="Times New Roman" w:cs="Times New Roman"/>
          <w:b/>
          <w:bCs/>
          <w:sz w:val="24"/>
          <w:szCs w:val="20"/>
          <w:lang w:val="fr-FR"/>
        </w:rPr>
        <w:t xml:space="preserve"> </w:t>
      </w:r>
      <w:proofErr w:type="spellStart"/>
      <w:r w:rsidRPr="00242782">
        <w:rPr>
          <w:rFonts w:ascii="Times New Roman" w:hAnsi="Times New Roman" w:cs="Times New Roman"/>
          <w:b/>
          <w:bCs/>
          <w:sz w:val="24"/>
          <w:szCs w:val="20"/>
          <w:lang w:val="fr-FR"/>
        </w:rPr>
        <w:t>naturală</w:t>
      </w:r>
      <w:proofErr w:type="spellEnd"/>
      <w:r w:rsidRPr="00242782">
        <w:rPr>
          <w:rFonts w:ascii="Times New Roman" w:hAnsi="Times New Roman" w:cs="Times New Roman"/>
          <w:b/>
          <w:bCs/>
          <w:sz w:val="24"/>
          <w:szCs w:val="20"/>
          <w:lang w:val="fr-FR"/>
        </w:rPr>
        <w:t xml:space="preserve"> (</w:t>
      </w:r>
      <w:proofErr w:type="spellStart"/>
      <w:r w:rsidRPr="00242782">
        <w:rPr>
          <w:rFonts w:ascii="Times New Roman" w:hAnsi="Times New Roman" w:cs="Times New Roman"/>
          <w:b/>
          <w:bCs/>
          <w:sz w:val="24"/>
          <w:szCs w:val="20"/>
          <w:lang w:val="fr-FR"/>
        </w:rPr>
        <w:t>scară</w:t>
      </w:r>
      <w:proofErr w:type="spellEnd"/>
      <w:r w:rsidRPr="00242782">
        <w:rPr>
          <w:rFonts w:ascii="Times New Roman" w:hAnsi="Times New Roman" w:cs="Times New Roman"/>
          <w:b/>
          <w:bCs/>
          <w:sz w:val="24"/>
          <w:szCs w:val="20"/>
          <w:lang w:val="fr-FR"/>
        </w:rPr>
        <w:t xml:space="preserve"> </w:t>
      </w:r>
      <w:proofErr w:type="gramStart"/>
      <w:r w:rsidRPr="00242782">
        <w:rPr>
          <w:rFonts w:ascii="Times New Roman" w:hAnsi="Times New Roman" w:cs="Times New Roman"/>
          <w:b/>
          <w:bCs/>
          <w:sz w:val="24"/>
          <w:szCs w:val="20"/>
          <w:lang w:val="fr-FR"/>
        </w:rPr>
        <w:t>1:</w:t>
      </w:r>
      <w:proofErr w:type="gramEnd"/>
      <w:r w:rsidRPr="00242782">
        <w:rPr>
          <w:rFonts w:ascii="Times New Roman" w:hAnsi="Times New Roman" w:cs="Times New Roman"/>
          <w:b/>
          <w:bCs/>
          <w:sz w:val="24"/>
          <w:szCs w:val="20"/>
          <w:lang w:val="fr-FR"/>
        </w:rPr>
        <w:t>1)</w:t>
      </w:r>
    </w:p>
    <w:p w14:paraId="6CA11821" w14:textId="77777777" w:rsidR="005D45C4" w:rsidRPr="00242782" w:rsidRDefault="005D45C4" w:rsidP="00242782">
      <w:pPr>
        <w:pStyle w:val="ae"/>
        <w:numPr>
          <w:ilvl w:val="0"/>
          <w:numId w:val="16"/>
        </w:numPr>
        <w:spacing w:before="100" w:beforeAutospacing="1" w:after="100" w:afterAutospacing="1"/>
        <w:jc w:val="both"/>
        <w:rPr>
          <w:rFonts w:ascii="Times New Roman" w:hAnsi="Times New Roman" w:cs="Times New Roman"/>
          <w:sz w:val="24"/>
          <w:szCs w:val="20"/>
          <w:lang w:val="fr-FR"/>
        </w:rPr>
      </w:pPr>
      <w:proofErr w:type="spellStart"/>
      <w:r w:rsidRPr="00242782">
        <w:rPr>
          <w:rFonts w:ascii="Times New Roman" w:hAnsi="Times New Roman" w:cs="Times New Roman"/>
          <w:sz w:val="24"/>
          <w:szCs w:val="20"/>
          <w:lang w:val="fr-FR"/>
        </w:rPr>
        <w:t>Execuția</w:t>
      </w:r>
      <w:proofErr w:type="spellEnd"/>
      <w:r w:rsidRPr="00242782">
        <w:rPr>
          <w:rFonts w:ascii="Times New Roman" w:hAnsi="Times New Roman" w:cs="Times New Roman"/>
          <w:sz w:val="24"/>
          <w:szCs w:val="20"/>
          <w:lang w:val="fr-FR"/>
        </w:rPr>
        <w:t xml:space="preserve"> </w:t>
      </w:r>
      <w:proofErr w:type="spellStart"/>
      <w:r w:rsidRPr="00242782">
        <w:rPr>
          <w:rFonts w:ascii="Times New Roman" w:hAnsi="Times New Roman" w:cs="Times New Roman"/>
          <w:sz w:val="24"/>
          <w:szCs w:val="20"/>
          <w:lang w:val="fr-FR"/>
        </w:rPr>
        <w:t>modelului</w:t>
      </w:r>
      <w:proofErr w:type="spellEnd"/>
      <w:r w:rsidRPr="00242782">
        <w:rPr>
          <w:rFonts w:ascii="Times New Roman" w:hAnsi="Times New Roman" w:cs="Times New Roman"/>
          <w:sz w:val="24"/>
          <w:szCs w:val="20"/>
          <w:lang w:val="fr-FR"/>
        </w:rPr>
        <w:t xml:space="preserve"> la </w:t>
      </w:r>
      <w:proofErr w:type="spellStart"/>
      <w:r w:rsidRPr="00242782">
        <w:rPr>
          <w:rFonts w:ascii="Times New Roman" w:hAnsi="Times New Roman" w:cs="Times New Roman"/>
          <w:sz w:val="24"/>
          <w:szCs w:val="20"/>
          <w:lang w:val="fr-FR"/>
        </w:rPr>
        <w:t>scară</w:t>
      </w:r>
      <w:proofErr w:type="spellEnd"/>
      <w:r w:rsidRPr="00242782">
        <w:rPr>
          <w:rFonts w:ascii="Times New Roman" w:hAnsi="Times New Roman" w:cs="Times New Roman"/>
          <w:sz w:val="24"/>
          <w:szCs w:val="20"/>
          <w:lang w:val="fr-FR"/>
        </w:rPr>
        <w:t xml:space="preserve"> </w:t>
      </w:r>
      <w:proofErr w:type="spellStart"/>
      <w:r w:rsidRPr="00242782">
        <w:rPr>
          <w:rFonts w:ascii="Times New Roman" w:hAnsi="Times New Roman" w:cs="Times New Roman"/>
          <w:sz w:val="24"/>
          <w:szCs w:val="20"/>
          <w:lang w:val="fr-FR"/>
        </w:rPr>
        <w:t>naturală</w:t>
      </w:r>
      <w:proofErr w:type="spellEnd"/>
      <w:r w:rsidRPr="00242782">
        <w:rPr>
          <w:rFonts w:ascii="Times New Roman" w:hAnsi="Times New Roman" w:cs="Times New Roman"/>
          <w:sz w:val="24"/>
          <w:szCs w:val="20"/>
          <w:lang w:val="fr-FR"/>
        </w:rPr>
        <w:t xml:space="preserve"> </w:t>
      </w:r>
      <w:proofErr w:type="spellStart"/>
      <w:r w:rsidRPr="00242782">
        <w:rPr>
          <w:rFonts w:ascii="Times New Roman" w:hAnsi="Times New Roman" w:cs="Times New Roman"/>
          <w:sz w:val="24"/>
          <w:szCs w:val="20"/>
          <w:lang w:val="fr-FR"/>
        </w:rPr>
        <w:t>în</w:t>
      </w:r>
      <w:proofErr w:type="spellEnd"/>
      <w:r w:rsidRPr="00242782">
        <w:rPr>
          <w:rFonts w:ascii="Times New Roman" w:hAnsi="Times New Roman" w:cs="Times New Roman"/>
          <w:sz w:val="24"/>
          <w:szCs w:val="20"/>
          <w:lang w:val="fr-FR"/>
        </w:rPr>
        <w:t xml:space="preserve"> </w:t>
      </w:r>
      <w:proofErr w:type="spellStart"/>
      <w:r w:rsidRPr="00242782">
        <w:rPr>
          <w:rFonts w:ascii="Times New Roman" w:hAnsi="Times New Roman" w:cs="Times New Roman"/>
          <w:sz w:val="24"/>
          <w:szCs w:val="20"/>
          <w:lang w:val="fr-FR"/>
        </w:rPr>
        <w:t>material</w:t>
      </w:r>
      <w:proofErr w:type="spellEnd"/>
      <w:r w:rsidRPr="00242782">
        <w:rPr>
          <w:rFonts w:ascii="Times New Roman" w:hAnsi="Times New Roman" w:cs="Times New Roman"/>
          <w:sz w:val="24"/>
          <w:szCs w:val="20"/>
          <w:lang w:val="fr-FR"/>
        </w:rPr>
        <w:t xml:space="preserve"> </w:t>
      </w:r>
      <w:proofErr w:type="spellStart"/>
      <w:r w:rsidRPr="00242782">
        <w:rPr>
          <w:rFonts w:ascii="Times New Roman" w:hAnsi="Times New Roman" w:cs="Times New Roman"/>
          <w:sz w:val="24"/>
          <w:szCs w:val="20"/>
          <w:lang w:val="fr-FR"/>
        </w:rPr>
        <w:t>moale</w:t>
      </w:r>
      <w:proofErr w:type="spellEnd"/>
      <w:r w:rsidRPr="00242782">
        <w:rPr>
          <w:rFonts w:ascii="Times New Roman" w:hAnsi="Times New Roman" w:cs="Times New Roman"/>
          <w:sz w:val="24"/>
          <w:szCs w:val="20"/>
          <w:lang w:val="fr-FR"/>
        </w:rPr>
        <w:t>.</w:t>
      </w:r>
    </w:p>
    <w:p w14:paraId="7B27950F" w14:textId="06A81185" w:rsidR="005D45C4" w:rsidRPr="00242782" w:rsidRDefault="005D45C4" w:rsidP="00242782">
      <w:pPr>
        <w:pStyle w:val="ae"/>
        <w:numPr>
          <w:ilvl w:val="0"/>
          <w:numId w:val="16"/>
        </w:numPr>
        <w:spacing w:before="100" w:beforeAutospacing="1" w:after="100" w:afterAutospacing="1"/>
        <w:jc w:val="both"/>
        <w:rPr>
          <w:rFonts w:ascii="Times New Roman" w:hAnsi="Times New Roman" w:cs="Times New Roman"/>
          <w:sz w:val="24"/>
          <w:szCs w:val="20"/>
        </w:rPr>
      </w:pPr>
      <w:proofErr w:type="spellStart"/>
      <w:r w:rsidRPr="00242782">
        <w:rPr>
          <w:rFonts w:ascii="Times New Roman" w:hAnsi="Times New Roman" w:cs="Times New Roman"/>
          <w:sz w:val="24"/>
          <w:szCs w:val="20"/>
        </w:rPr>
        <w:t>Modelul</w:t>
      </w:r>
      <w:proofErr w:type="spellEnd"/>
      <w:r w:rsidRPr="00242782">
        <w:rPr>
          <w:rFonts w:ascii="Times New Roman" w:hAnsi="Times New Roman" w:cs="Times New Roman"/>
          <w:sz w:val="24"/>
          <w:szCs w:val="20"/>
        </w:rPr>
        <w:t xml:space="preserve"> la </w:t>
      </w:r>
      <w:proofErr w:type="spellStart"/>
      <w:r w:rsidRPr="00242782">
        <w:rPr>
          <w:rFonts w:ascii="Times New Roman" w:hAnsi="Times New Roman" w:cs="Times New Roman"/>
          <w:sz w:val="24"/>
          <w:szCs w:val="20"/>
        </w:rPr>
        <w:t>scară</w:t>
      </w:r>
      <w:proofErr w:type="spellEnd"/>
      <w:r w:rsidRPr="00242782">
        <w:rPr>
          <w:rFonts w:ascii="Times New Roman" w:hAnsi="Times New Roman" w:cs="Times New Roman"/>
          <w:sz w:val="24"/>
          <w:szCs w:val="20"/>
        </w:rPr>
        <w:t xml:space="preserve"> 1:1 </w:t>
      </w:r>
      <w:proofErr w:type="spellStart"/>
      <w:r w:rsidRPr="00242782">
        <w:rPr>
          <w:rFonts w:ascii="Times New Roman" w:hAnsi="Times New Roman" w:cs="Times New Roman"/>
          <w:sz w:val="24"/>
          <w:szCs w:val="20"/>
        </w:rPr>
        <w:t>constituie</w:t>
      </w:r>
      <w:proofErr w:type="spellEnd"/>
      <w:r w:rsidRPr="00242782">
        <w:rPr>
          <w:rFonts w:ascii="Times New Roman" w:hAnsi="Times New Roman" w:cs="Times New Roman"/>
          <w:sz w:val="24"/>
          <w:szCs w:val="20"/>
        </w:rPr>
        <w:t xml:space="preserve"> forma </w:t>
      </w:r>
      <w:proofErr w:type="spellStart"/>
      <w:r w:rsidRPr="00242782">
        <w:rPr>
          <w:rFonts w:ascii="Times New Roman" w:hAnsi="Times New Roman" w:cs="Times New Roman"/>
          <w:sz w:val="24"/>
          <w:szCs w:val="20"/>
        </w:rPr>
        <w:t>artistică</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finală</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și</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baza</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tehnică</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pentru</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turnarea</w:t>
      </w:r>
      <w:proofErr w:type="spellEnd"/>
      <w:r w:rsidRPr="00242782">
        <w:rPr>
          <w:rFonts w:ascii="Times New Roman" w:hAnsi="Times New Roman" w:cs="Times New Roman"/>
          <w:sz w:val="24"/>
          <w:szCs w:val="20"/>
        </w:rPr>
        <w:t xml:space="preserve"> </w:t>
      </w:r>
      <w:r w:rsidRPr="00242782">
        <w:rPr>
          <w:rFonts w:ascii="Times New Roman" w:hAnsi="Times New Roman" w:cs="Times New Roman"/>
          <w:sz w:val="24"/>
          <w:szCs w:val="20"/>
        </w:rPr>
        <w:br/>
      </w:r>
      <w:proofErr w:type="spellStart"/>
      <w:r w:rsidRPr="00242782">
        <w:rPr>
          <w:rFonts w:ascii="Times New Roman" w:hAnsi="Times New Roman" w:cs="Times New Roman"/>
          <w:sz w:val="24"/>
          <w:szCs w:val="20"/>
        </w:rPr>
        <w:t>în</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bronz</w:t>
      </w:r>
      <w:proofErr w:type="spellEnd"/>
      <w:r w:rsidRPr="00242782">
        <w:rPr>
          <w:rFonts w:ascii="Times New Roman" w:hAnsi="Times New Roman" w:cs="Times New Roman"/>
          <w:sz w:val="24"/>
          <w:szCs w:val="20"/>
        </w:rPr>
        <w:t>.</w:t>
      </w:r>
    </w:p>
    <w:p w14:paraId="78B4C1D4" w14:textId="77777777" w:rsidR="00242782" w:rsidRPr="00242782" w:rsidRDefault="00242782" w:rsidP="00242782">
      <w:pPr>
        <w:pStyle w:val="ae"/>
        <w:spacing w:before="100" w:beforeAutospacing="1" w:after="100" w:afterAutospacing="1"/>
        <w:ind w:left="360"/>
        <w:jc w:val="both"/>
        <w:rPr>
          <w:rFonts w:ascii="Times New Roman" w:hAnsi="Times New Roman" w:cs="Times New Roman"/>
          <w:sz w:val="24"/>
          <w:szCs w:val="20"/>
        </w:rPr>
      </w:pPr>
    </w:p>
    <w:p w14:paraId="46A09520" w14:textId="77777777" w:rsidR="005D45C4" w:rsidRPr="00242782" w:rsidRDefault="005D45C4" w:rsidP="00242782">
      <w:pPr>
        <w:pStyle w:val="ae"/>
        <w:numPr>
          <w:ilvl w:val="0"/>
          <w:numId w:val="20"/>
        </w:numPr>
        <w:spacing w:before="100" w:beforeAutospacing="1" w:after="100" w:afterAutospacing="1" w:line="480" w:lineRule="auto"/>
        <w:jc w:val="both"/>
        <w:rPr>
          <w:rFonts w:ascii="Times New Roman" w:hAnsi="Times New Roman" w:cs="Times New Roman"/>
          <w:b/>
          <w:bCs/>
          <w:sz w:val="24"/>
          <w:szCs w:val="20"/>
        </w:rPr>
      </w:pPr>
      <w:proofErr w:type="spellStart"/>
      <w:r w:rsidRPr="00242782">
        <w:rPr>
          <w:rFonts w:ascii="Times New Roman" w:hAnsi="Times New Roman" w:cs="Times New Roman"/>
          <w:b/>
          <w:bCs/>
          <w:sz w:val="24"/>
          <w:szCs w:val="20"/>
        </w:rPr>
        <w:t>Pregătirea</w:t>
      </w:r>
      <w:proofErr w:type="spellEnd"/>
      <w:r w:rsidRPr="00242782">
        <w:rPr>
          <w:rFonts w:ascii="Times New Roman" w:hAnsi="Times New Roman" w:cs="Times New Roman"/>
          <w:b/>
          <w:bCs/>
          <w:sz w:val="24"/>
          <w:szCs w:val="20"/>
        </w:rPr>
        <w:t xml:space="preserve"> </w:t>
      </w:r>
      <w:proofErr w:type="spellStart"/>
      <w:r w:rsidRPr="00242782">
        <w:rPr>
          <w:rFonts w:ascii="Times New Roman" w:hAnsi="Times New Roman" w:cs="Times New Roman"/>
          <w:b/>
          <w:bCs/>
          <w:sz w:val="24"/>
          <w:szCs w:val="20"/>
        </w:rPr>
        <w:t>pentru</w:t>
      </w:r>
      <w:proofErr w:type="spellEnd"/>
      <w:r w:rsidRPr="00242782">
        <w:rPr>
          <w:rFonts w:ascii="Times New Roman" w:hAnsi="Times New Roman" w:cs="Times New Roman"/>
          <w:b/>
          <w:bCs/>
          <w:sz w:val="24"/>
          <w:szCs w:val="20"/>
        </w:rPr>
        <w:t xml:space="preserve"> </w:t>
      </w:r>
      <w:proofErr w:type="spellStart"/>
      <w:r w:rsidRPr="00242782">
        <w:rPr>
          <w:rFonts w:ascii="Times New Roman" w:hAnsi="Times New Roman" w:cs="Times New Roman"/>
          <w:b/>
          <w:bCs/>
          <w:sz w:val="24"/>
          <w:szCs w:val="20"/>
        </w:rPr>
        <w:t>turnare</w:t>
      </w:r>
      <w:proofErr w:type="spellEnd"/>
    </w:p>
    <w:p w14:paraId="1985C724" w14:textId="77777777" w:rsidR="005D45C4" w:rsidRPr="00242782" w:rsidRDefault="005D45C4" w:rsidP="00242782">
      <w:pPr>
        <w:pStyle w:val="ae"/>
        <w:numPr>
          <w:ilvl w:val="0"/>
          <w:numId w:val="16"/>
        </w:numPr>
        <w:spacing w:before="100" w:beforeAutospacing="1" w:after="100" w:afterAutospacing="1"/>
        <w:jc w:val="both"/>
        <w:rPr>
          <w:rFonts w:ascii="Times New Roman" w:hAnsi="Times New Roman" w:cs="Times New Roman"/>
          <w:sz w:val="24"/>
          <w:szCs w:val="20"/>
        </w:rPr>
      </w:pPr>
      <w:proofErr w:type="spellStart"/>
      <w:r w:rsidRPr="00242782">
        <w:rPr>
          <w:rFonts w:ascii="Times New Roman" w:hAnsi="Times New Roman" w:cs="Times New Roman"/>
          <w:sz w:val="24"/>
          <w:szCs w:val="20"/>
        </w:rPr>
        <w:t>Realizarea</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tiparelor</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și</w:t>
      </w:r>
      <w:proofErr w:type="spellEnd"/>
      <w:r w:rsidRPr="00242782">
        <w:rPr>
          <w:rFonts w:ascii="Times New Roman" w:hAnsi="Times New Roman" w:cs="Times New Roman"/>
          <w:sz w:val="24"/>
          <w:szCs w:val="20"/>
        </w:rPr>
        <w:t xml:space="preserve"> a </w:t>
      </w:r>
      <w:proofErr w:type="spellStart"/>
      <w:r w:rsidRPr="00242782">
        <w:rPr>
          <w:rFonts w:ascii="Times New Roman" w:hAnsi="Times New Roman" w:cs="Times New Roman"/>
          <w:sz w:val="24"/>
          <w:szCs w:val="20"/>
        </w:rPr>
        <w:t>modelului</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intermediar</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necesar</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procesului</w:t>
      </w:r>
      <w:proofErr w:type="spellEnd"/>
      <w:r w:rsidRPr="00242782">
        <w:rPr>
          <w:rFonts w:ascii="Times New Roman" w:hAnsi="Times New Roman" w:cs="Times New Roman"/>
          <w:sz w:val="24"/>
          <w:szCs w:val="20"/>
        </w:rPr>
        <w:t xml:space="preserve"> de </w:t>
      </w:r>
      <w:proofErr w:type="spellStart"/>
      <w:r w:rsidRPr="00242782">
        <w:rPr>
          <w:rFonts w:ascii="Times New Roman" w:hAnsi="Times New Roman" w:cs="Times New Roman"/>
          <w:sz w:val="24"/>
          <w:szCs w:val="20"/>
        </w:rPr>
        <w:t>turnare</w:t>
      </w:r>
      <w:proofErr w:type="spellEnd"/>
      <w:r w:rsidRPr="00242782">
        <w:rPr>
          <w:rFonts w:ascii="Times New Roman" w:hAnsi="Times New Roman" w:cs="Times New Roman"/>
          <w:sz w:val="24"/>
          <w:szCs w:val="20"/>
        </w:rPr>
        <w:t>.</w:t>
      </w:r>
    </w:p>
    <w:p w14:paraId="3C3573BD" w14:textId="497CC9CB" w:rsidR="005D45C4" w:rsidRPr="00242782" w:rsidRDefault="005D45C4" w:rsidP="00242782">
      <w:pPr>
        <w:pStyle w:val="ae"/>
        <w:numPr>
          <w:ilvl w:val="0"/>
          <w:numId w:val="16"/>
        </w:numPr>
        <w:spacing w:before="100" w:beforeAutospacing="1" w:after="100" w:afterAutospacing="1"/>
        <w:jc w:val="both"/>
        <w:rPr>
          <w:rFonts w:ascii="Times New Roman" w:hAnsi="Times New Roman" w:cs="Times New Roman"/>
          <w:sz w:val="24"/>
          <w:szCs w:val="20"/>
        </w:rPr>
      </w:pPr>
      <w:proofErr w:type="spellStart"/>
      <w:r w:rsidRPr="00242782">
        <w:rPr>
          <w:rFonts w:ascii="Times New Roman" w:hAnsi="Times New Roman" w:cs="Times New Roman"/>
          <w:sz w:val="24"/>
          <w:szCs w:val="20"/>
        </w:rPr>
        <w:t>Predarea</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modelului</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turnătoriei</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pentru</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transpunerea</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în</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bronz</w:t>
      </w:r>
      <w:proofErr w:type="spellEnd"/>
      <w:r w:rsidRPr="00242782">
        <w:rPr>
          <w:rFonts w:ascii="Times New Roman" w:hAnsi="Times New Roman" w:cs="Times New Roman"/>
          <w:sz w:val="24"/>
          <w:szCs w:val="20"/>
        </w:rPr>
        <w:t>.</w:t>
      </w:r>
    </w:p>
    <w:p w14:paraId="53563A40" w14:textId="77777777" w:rsidR="00242782" w:rsidRPr="00242782" w:rsidRDefault="00242782" w:rsidP="00242782">
      <w:pPr>
        <w:pStyle w:val="ae"/>
        <w:spacing w:before="100" w:beforeAutospacing="1" w:after="100" w:afterAutospacing="1"/>
        <w:ind w:left="360"/>
        <w:jc w:val="both"/>
        <w:rPr>
          <w:rFonts w:ascii="Times New Roman" w:hAnsi="Times New Roman" w:cs="Times New Roman"/>
          <w:sz w:val="24"/>
          <w:szCs w:val="20"/>
        </w:rPr>
      </w:pPr>
    </w:p>
    <w:p w14:paraId="1E9AE5C0" w14:textId="77777777" w:rsidR="005D45C4" w:rsidRPr="00242782" w:rsidRDefault="005D45C4" w:rsidP="00242782">
      <w:pPr>
        <w:pStyle w:val="ae"/>
        <w:numPr>
          <w:ilvl w:val="0"/>
          <w:numId w:val="20"/>
        </w:numPr>
        <w:spacing w:before="100" w:beforeAutospacing="1" w:after="100" w:afterAutospacing="1" w:line="480" w:lineRule="auto"/>
        <w:jc w:val="both"/>
        <w:rPr>
          <w:rFonts w:ascii="Times New Roman" w:hAnsi="Times New Roman" w:cs="Times New Roman"/>
          <w:b/>
          <w:bCs/>
          <w:sz w:val="24"/>
          <w:szCs w:val="20"/>
        </w:rPr>
      </w:pPr>
      <w:proofErr w:type="spellStart"/>
      <w:r w:rsidRPr="00242782">
        <w:rPr>
          <w:rFonts w:ascii="Times New Roman" w:hAnsi="Times New Roman" w:cs="Times New Roman"/>
          <w:b/>
          <w:bCs/>
          <w:sz w:val="24"/>
          <w:szCs w:val="20"/>
        </w:rPr>
        <w:t>Turnarea</w:t>
      </w:r>
      <w:proofErr w:type="spellEnd"/>
      <w:r w:rsidRPr="00242782">
        <w:rPr>
          <w:rFonts w:ascii="Times New Roman" w:hAnsi="Times New Roman" w:cs="Times New Roman"/>
          <w:b/>
          <w:bCs/>
          <w:sz w:val="24"/>
          <w:szCs w:val="20"/>
        </w:rPr>
        <w:t xml:space="preserve"> </w:t>
      </w:r>
      <w:proofErr w:type="spellStart"/>
      <w:r w:rsidRPr="00242782">
        <w:rPr>
          <w:rFonts w:ascii="Times New Roman" w:hAnsi="Times New Roman" w:cs="Times New Roman"/>
          <w:b/>
          <w:bCs/>
          <w:sz w:val="24"/>
          <w:szCs w:val="20"/>
        </w:rPr>
        <w:t>și</w:t>
      </w:r>
      <w:proofErr w:type="spellEnd"/>
      <w:r w:rsidRPr="00242782">
        <w:rPr>
          <w:rFonts w:ascii="Times New Roman" w:hAnsi="Times New Roman" w:cs="Times New Roman"/>
          <w:b/>
          <w:bCs/>
          <w:sz w:val="24"/>
          <w:szCs w:val="20"/>
        </w:rPr>
        <w:t xml:space="preserve"> </w:t>
      </w:r>
      <w:proofErr w:type="spellStart"/>
      <w:r w:rsidRPr="00242782">
        <w:rPr>
          <w:rFonts w:ascii="Times New Roman" w:hAnsi="Times New Roman" w:cs="Times New Roman"/>
          <w:b/>
          <w:bCs/>
          <w:sz w:val="24"/>
          <w:szCs w:val="20"/>
        </w:rPr>
        <w:t>finisarea</w:t>
      </w:r>
      <w:proofErr w:type="spellEnd"/>
      <w:r w:rsidRPr="00242782">
        <w:rPr>
          <w:rFonts w:ascii="Times New Roman" w:hAnsi="Times New Roman" w:cs="Times New Roman"/>
          <w:b/>
          <w:bCs/>
          <w:sz w:val="24"/>
          <w:szCs w:val="20"/>
        </w:rPr>
        <w:t xml:space="preserve"> </w:t>
      </w:r>
      <w:proofErr w:type="spellStart"/>
      <w:r w:rsidRPr="00242782">
        <w:rPr>
          <w:rFonts w:ascii="Times New Roman" w:hAnsi="Times New Roman" w:cs="Times New Roman"/>
          <w:b/>
          <w:bCs/>
          <w:sz w:val="24"/>
          <w:szCs w:val="20"/>
        </w:rPr>
        <w:t>în</w:t>
      </w:r>
      <w:proofErr w:type="spellEnd"/>
      <w:r w:rsidRPr="00242782">
        <w:rPr>
          <w:rFonts w:ascii="Times New Roman" w:hAnsi="Times New Roman" w:cs="Times New Roman"/>
          <w:b/>
          <w:bCs/>
          <w:sz w:val="24"/>
          <w:szCs w:val="20"/>
        </w:rPr>
        <w:t xml:space="preserve"> </w:t>
      </w:r>
      <w:proofErr w:type="spellStart"/>
      <w:r w:rsidRPr="00242782">
        <w:rPr>
          <w:rFonts w:ascii="Times New Roman" w:hAnsi="Times New Roman" w:cs="Times New Roman"/>
          <w:b/>
          <w:bCs/>
          <w:sz w:val="24"/>
          <w:szCs w:val="20"/>
        </w:rPr>
        <w:t>bronz</w:t>
      </w:r>
      <w:proofErr w:type="spellEnd"/>
    </w:p>
    <w:p w14:paraId="376CC92C" w14:textId="77777777" w:rsidR="005D45C4" w:rsidRPr="00242782" w:rsidRDefault="005D45C4" w:rsidP="00242782">
      <w:pPr>
        <w:pStyle w:val="ae"/>
        <w:numPr>
          <w:ilvl w:val="0"/>
          <w:numId w:val="16"/>
        </w:numPr>
        <w:spacing w:before="100" w:beforeAutospacing="1" w:after="100" w:afterAutospacing="1"/>
        <w:jc w:val="both"/>
        <w:rPr>
          <w:rFonts w:ascii="Times New Roman" w:hAnsi="Times New Roman" w:cs="Times New Roman"/>
          <w:sz w:val="24"/>
          <w:szCs w:val="20"/>
        </w:rPr>
      </w:pPr>
      <w:proofErr w:type="spellStart"/>
      <w:r w:rsidRPr="00242782">
        <w:rPr>
          <w:rFonts w:ascii="Times New Roman" w:hAnsi="Times New Roman" w:cs="Times New Roman"/>
          <w:sz w:val="24"/>
          <w:szCs w:val="20"/>
        </w:rPr>
        <w:t>Execuția</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în</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bronz</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prin</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procedeu</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tehnologic</w:t>
      </w:r>
      <w:proofErr w:type="spellEnd"/>
      <w:r w:rsidRPr="00242782">
        <w:rPr>
          <w:rFonts w:ascii="Times New Roman" w:hAnsi="Times New Roman" w:cs="Times New Roman"/>
          <w:sz w:val="24"/>
          <w:szCs w:val="20"/>
        </w:rPr>
        <w:t xml:space="preserve"> specific (ex. </w:t>
      </w:r>
      <w:proofErr w:type="spellStart"/>
      <w:r w:rsidRPr="00242782">
        <w:rPr>
          <w:rFonts w:ascii="Times New Roman" w:hAnsi="Times New Roman" w:cs="Times New Roman"/>
          <w:sz w:val="24"/>
          <w:szCs w:val="20"/>
        </w:rPr>
        <w:t>ceară</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pierdută</w:t>
      </w:r>
      <w:proofErr w:type="spellEnd"/>
      <w:r w:rsidRPr="00242782">
        <w:rPr>
          <w:rFonts w:ascii="Times New Roman" w:hAnsi="Times New Roman" w:cs="Times New Roman"/>
          <w:sz w:val="24"/>
          <w:szCs w:val="20"/>
        </w:rPr>
        <w:t>).</w:t>
      </w:r>
    </w:p>
    <w:p w14:paraId="636E6F54" w14:textId="2E058A5C" w:rsidR="005D45C4" w:rsidRPr="00242782" w:rsidRDefault="005D45C4" w:rsidP="00242782">
      <w:pPr>
        <w:pStyle w:val="ae"/>
        <w:numPr>
          <w:ilvl w:val="0"/>
          <w:numId w:val="16"/>
        </w:numPr>
        <w:spacing w:before="100" w:beforeAutospacing="1" w:after="100" w:afterAutospacing="1"/>
        <w:jc w:val="both"/>
        <w:rPr>
          <w:rFonts w:ascii="Times New Roman" w:hAnsi="Times New Roman" w:cs="Times New Roman"/>
          <w:sz w:val="24"/>
          <w:szCs w:val="20"/>
        </w:rPr>
      </w:pPr>
      <w:proofErr w:type="spellStart"/>
      <w:r w:rsidRPr="00242782">
        <w:rPr>
          <w:rFonts w:ascii="Times New Roman" w:hAnsi="Times New Roman" w:cs="Times New Roman"/>
          <w:sz w:val="24"/>
          <w:szCs w:val="20"/>
        </w:rPr>
        <w:t>Procesul</w:t>
      </w:r>
      <w:proofErr w:type="spellEnd"/>
      <w:r w:rsidRPr="00242782">
        <w:rPr>
          <w:rFonts w:ascii="Times New Roman" w:hAnsi="Times New Roman" w:cs="Times New Roman"/>
          <w:sz w:val="24"/>
          <w:szCs w:val="20"/>
        </w:rPr>
        <w:t xml:space="preserve"> include: </w:t>
      </w:r>
      <w:proofErr w:type="spellStart"/>
      <w:r w:rsidRPr="00242782">
        <w:rPr>
          <w:rFonts w:ascii="Times New Roman" w:hAnsi="Times New Roman" w:cs="Times New Roman"/>
          <w:sz w:val="24"/>
          <w:szCs w:val="20"/>
        </w:rPr>
        <w:t>turnare</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asamblare</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sudură</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cizelare</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patinare</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și</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finisare</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finală</w:t>
      </w:r>
      <w:proofErr w:type="spellEnd"/>
      <w:r w:rsidRPr="00242782">
        <w:rPr>
          <w:rFonts w:ascii="Times New Roman" w:hAnsi="Times New Roman" w:cs="Times New Roman"/>
          <w:sz w:val="24"/>
          <w:szCs w:val="20"/>
        </w:rPr>
        <w:t>.</w:t>
      </w:r>
    </w:p>
    <w:p w14:paraId="2599AE7C" w14:textId="77777777" w:rsidR="00242782" w:rsidRPr="00242782" w:rsidRDefault="00242782" w:rsidP="00242782">
      <w:pPr>
        <w:pStyle w:val="ae"/>
        <w:spacing w:before="100" w:beforeAutospacing="1" w:after="100" w:afterAutospacing="1"/>
        <w:ind w:left="360"/>
        <w:jc w:val="both"/>
        <w:rPr>
          <w:rFonts w:ascii="Times New Roman" w:hAnsi="Times New Roman" w:cs="Times New Roman"/>
          <w:sz w:val="24"/>
          <w:szCs w:val="20"/>
        </w:rPr>
      </w:pPr>
    </w:p>
    <w:p w14:paraId="1E441172" w14:textId="77777777" w:rsidR="005D45C4" w:rsidRPr="00242782" w:rsidRDefault="005D45C4" w:rsidP="00242782">
      <w:pPr>
        <w:pStyle w:val="ae"/>
        <w:numPr>
          <w:ilvl w:val="0"/>
          <w:numId w:val="20"/>
        </w:numPr>
        <w:spacing w:before="100" w:beforeAutospacing="1" w:after="100" w:afterAutospacing="1" w:line="480" w:lineRule="auto"/>
        <w:ind w:left="714" w:hanging="357"/>
        <w:jc w:val="both"/>
        <w:rPr>
          <w:rFonts w:ascii="Times New Roman" w:hAnsi="Times New Roman" w:cs="Times New Roman"/>
          <w:b/>
          <w:bCs/>
          <w:sz w:val="24"/>
          <w:szCs w:val="20"/>
        </w:rPr>
      </w:pPr>
      <w:proofErr w:type="spellStart"/>
      <w:r w:rsidRPr="00242782">
        <w:rPr>
          <w:rFonts w:ascii="Times New Roman" w:hAnsi="Times New Roman" w:cs="Times New Roman"/>
          <w:b/>
          <w:bCs/>
          <w:sz w:val="24"/>
          <w:szCs w:val="20"/>
        </w:rPr>
        <w:t>Instalarea</w:t>
      </w:r>
      <w:proofErr w:type="spellEnd"/>
      <w:r w:rsidRPr="00242782">
        <w:rPr>
          <w:rFonts w:ascii="Times New Roman" w:hAnsi="Times New Roman" w:cs="Times New Roman"/>
          <w:b/>
          <w:bCs/>
          <w:sz w:val="24"/>
          <w:szCs w:val="20"/>
        </w:rPr>
        <w:t xml:space="preserve"> </w:t>
      </w:r>
      <w:proofErr w:type="spellStart"/>
      <w:r w:rsidRPr="00242782">
        <w:rPr>
          <w:rFonts w:ascii="Times New Roman" w:hAnsi="Times New Roman" w:cs="Times New Roman"/>
          <w:b/>
          <w:bCs/>
          <w:sz w:val="24"/>
          <w:szCs w:val="20"/>
        </w:rPr>
        <w:t>lucrării</w:t>
      </w:r>
      <w:proofErr w:type="spellEnd"/>
    </w:p>
    <w:p w14:paraId="6DAC0367" w14:textId="1D4FB048" w:rsidR="005D45C4" w:rsidRPr="00242782" w:rsidRDefault="005D45C4" w:rsidP="00242782">
      <w:pPr>
        <w:pStyle w:val="ae"/>
        <w:numPr>
          <w:ilvl w:val="0"/>
          <w:numId w:val="16"/>
        </w:numPr>
        <w:spacing w:before="100" w:beforeAutospacing="1" w:after="100" w:afterAutospacing="1"/>
        <w:jc w:val="both"/>
        <w:rPr>
          <w:rFonts w:ascii="Times New Roman" w:hAnsi="Times New Roman" w:cs="Times New Roman"/>
          <w:sz w:val="24"/>
          <w:szCs w:val="20"/>
        </w:rPr>
      </w:pPr>
      <w:proofErr w:type="spellStart"/>
      <w:r w:rsidRPr="00242782">
        <w:rPr>
          <w:rFonts w:ascii="Times New Roman" w:hAnsi="Times New Roman" w:cs="Times New Roman"/>
          <w:sz w:val="24"/>
          <w:szCs w:val="20"/>
        </w:rPr>
        <w:t>Coordonarea</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artistică</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și</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supravegherea</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tehnică</w:t>
      </w:r>
      <w:proofErr w:type="spellEnd"/>
      <w:r w:rsidRPr="00242782">
        <w:rPr>
          <w:rFonts w:ascii="Times New Roman" w:hAnsi="Times New Roman" w:cs="Times New Roman"/>
          <w:sz w:val="24"/>
          <w:szCs w:val="20"/>
        </w:rPr>
        <w:t xml:space="preserve"> la </w:t>
      </w:r>
      <w:proofErr w:type="spellStart"/>
      <w:r w:rsidRPr="00242782">
        <w:rPr>
          <w:rFonts w:ascii="Times New Roman" w:hAnsi="Times New Roman" w:cs="Times New Roman"/>
          <w:sz w:val="24"/>
          <w:szCs w:val="20"/>
        </w:rPr>
        <w:t>amplasamentul</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stabilit</w:t>
      </w:r>
      <w:proofErr w:type="spellEnd"/>
      <w:r w:rsidRPr="00242782">
        <w:rPr>
          <w:rFonts w:ascii="Times New Roman" w:hAnsi="Times New Roman" w:cs="Times New Roman"/>
          <w:sz w:val="24"/>
          <w:szCs w:val="20"/>
        </w:rPr>
        <w:t>.</w:t>
      </w:r>
    </w:p>
    <w:p w14:paraId="11F86BA4" w14:textId="77777777" w:rsidR="005D45C4" w:rsidRPr="00242782" w:rsidRDefault="005D45C4" w:rsidP="00242782">
      <w:pPr>
        <w:pStyle w:val="ae"/>
        <w:spacing w:before="100" w:beforeAutospacing="1" w:after="100" w:afterAutospacing="1"/>
        <w:ind w:left="360"/>
        <w:jc w:val="both"/>
        <w:rPr>
          <w:rFonts w:ascii="Times New Roman" w:hAnsi="Times New Roman" w:cs="Times New Roman"/>
          <w:sz w:val="24"/>
          <w:szCs w:val="20"/>
        </w:rPr>
      </w:pPr>
    </w:p>
    <w:p w14:paraId="02463602" w14:textId="7DBAA007" w:rsidR="005D45C4" w:rsidRPr="00242782" w:rsidRDefault="005D45C4" w:rsidP="00242782">
      <w:pPr>
        <w:pStyle w:val="ae"/>
        <w:numPr>
          <w:ilvl w:val="0"/>
          <w:numId w:val="20"/>
        </w:numPr>
        <w:spacing w:before="100" w:beforeAutospacing="1" w:after="100" w:afterAutospacing="1" w:line="480" w:lineRule="auto"/>
        <w:jc w:val="both"/>
        <w:rPr>
          <w:rFonts w:ascii="Times New Roman" w:hAnsi="Times New Roman" w:cs="Times New Roman"/>
          <w:sz w:val="24"/>
          <w:szCs w:val="20"/>
        </w:rPr>
      </w:pPr>
      <w:proofErr w:type="spellStart"/>
      <w:r w:rsidRPr="00242782">
        <w:rPr>
          <w:rFonts w:ascii="Times New Roman" w:hAnsi="Times New Roman" w:cs="Times New Roman"/>
          <w:b/>
          <w:bCs/>
          <w:sz w:val="24"/>
          <w:szCs w:val="20"/>
        </w:rPr>
        <w:t>Drepturile</w:t>
      </w:r>
      <w:proofErr w:type="spellEnd"/>
      <w:r w:rsidRPr="00242782">
        <w:rPr>
          <w:rFonts w:ascii="Times New Roman" w:hAnsi="Times New Roman" w:cs="Times New Roman"/>
          <w:b/>
          <w:bCs/>
          <w:sz w:val="24"/>
          <w:szCs w:val="20"/>
        </w:rPr>
        <w:t xml:space="preserve"> de </w:t>
      </w:r>
      <w:proofErr w:type="spellStart"/>
      <w:r w:rsidRPr="00242782">
        <w:rPr>
          <w:rFonts w:ascii="Times New Roman" w:hAnsi="Times New Roman" w:cs="Times New Roman"/>
          <w:b/>
          <w:bCs/>
          <w:sz w:val="24"/>
          <w:szCs w:val="20"/>
        </w:rPr>
        <w:t>autor</w:t>
      </w:r>
      <w:proofErr w:type="spellEnd"/>
    </w:p>
    <w:p w14:paraId="5A92A13C" w14:textId="77777777" w:rsidR="005D45C4" w:rsidRPr="00242782" w:rsidRDefault="005D45C4" w:rsidP="00242782">
      <w:pPr>
        <w:pStyle w:val="ae"/>
        <w:numPr>
          <w:ilvl w:val="0"/>
          <w:numId w:val="17"/>
        </w:numPr>
        <w:spacing w:before="100" w:beforeAutospacing="1" w:after="100" w:afterAutospacing="1" w:line="480" w:lineRule="auto"/>
        <w:ind w:left="714" w:hanging="357"/>
        <w:jc w:val="both"/>
        <w:rPr>
          <w:rFonts w:ascii="Times New Roman" w:hAnsi="Times New Roman" w:cs="Times New Roman"/>
          <w:b/>
          <w:bCs/>
          <w:sz w:val="24"/>
          <w:szCs w:val="20"/>
        </w:rPr>
      </w:pPr>
      <w:proofErr w:type="spellStart"/>
      <w:r w:rsidRPr="00242782">
        <w:rPr>
          <w:rFonts w:ascii="Times New Roman" w:hAnsi="Times New Roman" w:cs="Times New Roman"/>
          <w:b/>
          <w:bCs/>
          <w:sz w:val="24"/>
          <w:szCs w:val="20"/>
        </w:rPr>
        <w:t>Drepturi</w:t>
      </w:r>
      <w:proofErr w:type="spellEnd"/>
      <w:r w:rsidRPr="00242782">
        <w:rPr>
          <w:rFonts w:ascii="Times New Roman" w:hAnsi="Times New Roman" w:cs="Times New Roman"/>
          <w:b/>
          <w:bCs/>
          <w:sz w:val="24"/>
          <w:szCs w:val="20"/>
        </w:rPr>
        <w:t xml:space="preserve"> morale</w:t>
      </w:r>
    </w:p>
    <w:p w14:paraId="46406D54" w14:textId="77777777" w:rsidR="005D45C4" w:rsidRPr="00242782" w:rsidRDefault="005D45C4" w:rsidP="00242782">
      <w:pPr>
        <w:pStyle w:val="ae"/>
        <w:numPr>
          <w:ilvl w:val="0"/>
          <w:numId w:val="16"/>
        </w:numPr>
        <w:spacing w:before="120" w:after="120" w:line="240" w:lineRule="auto"/>
        <w:contextualSpacing w:val="0"/>
        <w:jc w:val="both"/>
        <w:rPr>
          <w:rFonts w:ascii="Times New Roman" w:hAnsi="Times New Roman" w:cs="Times New Roman"/>
          <w:sz w:val="24"/>
          <w:szCs w:val="20"/>
        </w:rPr>
      </w:pPr>
      <w:proofErr w:type="spellStart"/>
      <w:r w:rsidRPr="00242782">
        <w:rPr>
          <w:rFonts w:ascii="Times New Roman" w:hAnsi="Times New Roman" w:cs="Times New Roman"/>
          <w:sz w:val="24"/>
          <w:szCs w:val="20"/>
        </w:rPr>
        <w:t>Autorul</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își</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păstrează</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drepturile</w:t>
      </w:r>
      <w:proofErr w:type="spellEnd"/>
      <w:r w:rsidRPr="00242782">
        <w:rPr>
          <w:rFonts w:ascii="Times New Roman" w:hAnsi="Times New Roman" w:cs="Times New Roman"/>
          <w:sz w:val="24"/>
          <w:szCs w:val="20"/>
        </w:rPr>
        <w:t xml:space="preserve"> morale </w:t>
      </w:r>
      <w:proofErr w:type="spellStart"/>
      <w:r w:rsidRPr="00242782">
        <w:rPr>
          <w:rFonts w:ascii="Times New Roman" w:hAnsi="Times New Roman" w:cs="Times New Roman"/>
          <w:sz w:val="24"/>
          <w:szCs w:val="20"/>
        </w:rPr>
        <w:t>asupra</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operei</w:t>
      </w:r>
      <w:proofErr w:type="spellEnd"/>
      <w:r w:rsidRPr="00242782">
        <w:rPr>
          <w:rFonts w:ascii="Times New Roman" w:hAnsi="Times New Roman" w:cs="Times New Roman"/>
          <w:sz w:val="24"/>
          <w:szCs w:val="20"/>
        </w:rPr>
        <w:t>.</w:t>
      </w:r>
    </w:p>
    <w:p w14:paraId="30AEFF3E" w14:textId="77777777" w:rsidR="005D45C4" w:rsidRPr="00242782" w:rsidRDefault="005D45C4" w:rsidP="00242782">
      <w:pPr>
        <w:pStyle w:val="ae"/>
        <w:numPr>
          <w:ilvl w:val="0"/>
          <w:numId w:val="16"/>
        </w:numPr>
        <w:spacing w:before="120" w:after="120" w:line="240" w:lineRule="auto"/>
        <w:contextualSpacing w:val="0"/>
        <w:jc w:val="both"/>
        <w:rPr>
          <w:rFonts w:ascii="Times New Roman" w:hAnsi="Times New Roman" w:cs="Times New Roman"/>
          <w:sz w:val="24"/>
          <w:szCs w:val="20"/>
        </w:rPr>
      </w:pPr>
      <w:proofErr w:type="spellStart"/>
      <w:r w:rsidRPr="00242782">
        <w:rPr>
          <w:rFonts w:ascii="Times New Roman" w:hAnsi="Times New Roman" w:cs="Times New Roman"/>
          <w:sz w:val="24"/>
          <w:szCs w:val="20"/>
        </w:rPr>
        <w:t>Beneficiarul</w:t>
      </w:r>
      <w:proofErr w:type="spellEnd"/>
      <w:r w:rsidRPr="00242782">
        <w:rPr>
          <w:rFonts w:ascii="Times New Roman" w:hAnsi="Times New Roman" w:cs="Times New Roman"/>
          <w:sz w:val="24"/>
          <w:szCs w:val="20"/>
        </w:rPr>
        <w:t xml:space="preserve"> are </w:t>
      </w:r>
      <w:proofErr w:type="spellStart"/>
      <w:r w:rsidRPr="00242782">
        <w:rPr>
          <w:rFonts w:ascii="Times New Roman" w:hAnsi="Times New Roman" w:cs="Times New Roman"/>
          <w:sz w:val="24"/>
          <w:szCs w:val="20"/>
        </w:rPr>
        <w:t>obligația</w:t>
      </w:r>
      <w:proofErr w:type="spellEnd"/>
      <w:r w:rsidRPr="00242782">
        <w:rPr>
          <w:rFonts w:ascii="Times New Roman" w:hAnsi="Times New Roman" w:cs="Times New Roman"/>
          <w:sz w:val="24"/>
          <w:szCs w:val="20"/>
        </w:rPr>
        <w:t xml:space="preserve"> de a </w:t>
      </w:r>
      <w:proofErr w:type="spellStart"/>
      <w:r w:rsidRPr="00242782">
        <w:rPr>
          <w:rFonts w:ascii="Times New Roman" w:hAnsi="Times New Roman" w:cs="Times New Roman"/>
          <w:sz w:val="24"/>
          <w:szCs w:val="20"/>
        </w:rPr>
        <w:t>menționa</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numele</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autorului</w:t>
      </w:r>
      <w:proofErr w:type="spellEnd"/>
      <w:r w:rsidRPr="00242782">
        <w:rPr>
          <w:rFonts w:ascii="Times New Roman" w:hAnsi="Times New Roman" w:cs="Times New Roman"/>
          <w:sz w:val="24"/>
          <w:szCs w:val="20"/>
        </w:rPr>
        <w:t xml:space="preserve"> pe </w:t>
      </w:r>
      <w:proofErr w:type="spellStart"/>
      <w:r w:rsidRPr="00242782">
        <w:rPr>
          <w:rFonts w:ascii="Times New Roman" w:hAnsi="Times New Roman" w:cs="Times New Roman"/>
          <w:sz w:val="24"/>
          <w:szCs w:val="20"/>
        </w:rPr>
        <w:t>lucrare</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și</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în</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toate</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materialele</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oficiale</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plăcuță</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comunicate</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materiale</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promoționale</w:t>
      </w:r>
      <w:proofErr w:type="spellEnd"/>
      <w:r w:rsidRPr="00242782">
        <w:rPr>
          <w:rFonts w:ascii="Times New Roman" w:hAnsi="Times New Roman" w:cs="Times New Roman"/>
          <w:sz w:val="24"/>
          <w:szCs w:val="20"/>
        </w:rPr>
        <w:t>).</w:t>
      </w:r>
    </w:p>
    <w:p w14:paraId="4482AB31" w14:textId="77777777" w:rsidR="005D45C4" w:rsidRPr="00242782" w:rsidRDefault="005D45C4" w:rsidP="00242782">
      <w:pPr>
        <w:pStyle w:val="ae"/>
        <w:numPr>
          <w:ilvl w:val="0"/>
          <w:numId w:val="17"/>
        </w:numPr>
        <w:spacing w:before="100" w:beforeAutospacing="1" w:after="100" w:afterAutospacing="1" w:line="480" w:lineRule="auto"/>
        <w:ind w:left="714" w:hanging="357"/>
        <w:jc w:val="both"/>
        <w:rPr>
          <w:rFonts w:ascii="Times New Roman" w:hAnsi="Times New Roman" w:cs="Times New Roman"/>
          <w:b/>
          <w:bCs/>
          <w:sz w:val="24"/>
          <w:szCs w:val="20"/>
        </w:rPr>
      </w:pPr>
      <w:proofErr w:type="spellStart"/>
      <w:r w:rsidRPr="00242782">
        <w:rPr>
          <w:rFonts w:ascii="Times New Roman" w:hAnsi="Times New Roman" w:cs="Times New Roman"/>
          <w:b/>
          <w:bCs/>
          <w:sz w:val="24"/>
          <w:szCs w:val="20"/>
        </w:rPr>
        <w:t>Drepturi</w:t>
      </w:r>
      <w:proofErr w:type="spellEnd"/>
      <w:r w:rsidRPr="00242782">
        <w:rPr>
          <w:rFonts w:ascii="Times New Roman" w:hAnsi="Times New Roman" w:cs="Times New Roman"/>
          <w:b/>
          <w:bCs/>
          <w:sz w:val="24"/>
          <w:szCs w:val="20"/>
        </w:rPr>
        <w:t xml:space="preserve"> </w:t>
      </w:r>
      <w:proofErr w:type="spellStart"/>
      <w:r w:rsidRPr="00242782">
        <w:rPr>
          <w:rFonts w:ascii="Times New Roman" w:hAnsi="Times New Roman" w:cs="Times New Roman"/>
          <w:b/>
          <w:bCs/>
          <w:sz w:val="24"/>
          <w:szCs w:val="20"/>
        </w:rPr>
        <w:t>patrimoniale</w:t>
      </w:r>
      <w:proofErr w:type="spellEnd"/>
    </w:p>
    <w:p w14:paraId="63EE3D15" w14:textId="77777777" w:rsidR="005D45C4" w:rsidRPr="00242782" w:rsidRDefault="005D45C4" w:rsidP="00242782">
      <w:pPr>
        <w:pStyle w:val="ae"/>
        <w:numPr>
          <w:ilvl w:val="0"/>
          <w:numId w:val="16"/>
        </w:numPr>
        <w:spacing w:before="120" w:after="120" w:line="240" w:lineRule="auto"/>
        <w:ind w:left="357" w:hanging="357"/>
        <w:contextualSpacing w:val="0"/>
        <w:jc w:val="both"/>
        <w:rPr>
          <w:rFonts w:ascii="Times New Roman" w:hAnsi="Times New Roman" w:cs="Times New Roman"/>
          <w:sz w:val="24"/>
          <w:szCs w:val="20"/>
        </w:rPr>
      </w:pPr>
      <w:proofErr w:type="spellStart"/>
      <w:r w:rsidRPr="00242782">
        <w:rPr>
          <w:rFonts w:ascii="Times New Roman" w:hAnsi="Times New Roman" w:cs="Times New Roman"/>
          <w:sz w:val="24"/>
          <w:szCs w:val="20"/>
        </w:rPr>
        <w:t>Dreptul</w:t>
      </w:r>
      <w:proofErr w:type="spellEnd"/>
      <w:r w:rsidRPr="00242782">
        <w:rPr>
          <w:rFonts w:ascii="Times New Roman" w:hAnsi="Times New Roman" w:cs="Times New Roman"/>
          <w:sz w:val="24"/>
          <w:szCs w:val="20"/>
        </w:rPr>
        <w:t xml:space="preserve"> de </w:t>
      </w:r>
      <w:proofErr w:type="spellStart"/>
      <w:r w:rsidRPr="00242782">
        <w:rPr>
          <w:rFonts w:ascii="Times New Roman" w:hAnsi="Times New Roman" w:cs="Times New Roman"/>
          <w:sz w:val="24"/>
          <w:szCs w:val="20"/>
        </w:rPr>
        <w:t>utilizare</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publică</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prin</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amplasarea</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permanentă</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în</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spațiul</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stabilit</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este</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transmis</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beneficiarului</w:t>
      </w:r>
      <w:proofErr w:type="spellEnd"/>
      <w:r w:rsidRPr="00242782">
        <w:rPr>
          <w:rFonts w:ascii="Times New Roman" w:hAnsi="Times New Roman" w:cs="Times New Roman"/>
          <w:sz w:val="24"/>
          <w:szCs w:val="20"/>
        </w:rPr>
        <w:t>.</w:t>
      </w:r>
    </w:p>
    <w:p w14:paraId="45AA3701" w14:textId="77777777" w:rsidR="005D45C4" w:rsidRPr="00242782" w:rsidRDefault="005D45C4" w:rsidP="00242782">
      <w:pPr>
        <w:pStyle w:val="ae"/>
        <w:numPr>
          <w:ilvl w:val="0"/>
          <w:numId w:val="16"/>
        </w:numPr>
        <w:spacing w:before="120" w:after="120" w:line="240" w:lineRule="auto"/>
        <w:ind w:left="357" w:hanging="357"/>
        <w:contextualSpacing w:val="0"/>
        <w:jc w:val="both"/>
        <w:rPr>
          <w:rFonts w:ascii="Times New Roman" w:hAnsi="Times New Roman" w:cs="Times New Roman"/>
          <w:sz w:val="24"/>
          <w:szCs w:val="20"/>
        </w:rPr>
      </w:pPr>
      <w:proofErr w:type="spellStart"/>
      <w:r w:rsidRPr="00242782">
        <w:rPr>
          <w:rFonts w:ascii="Times New Roman" w:hAnsi="Times New Roman" w:cs="Times New Roman"/>
          <w:sz w:val="24"/>
          <w:szCs w:val="20"/>
        </w:rPr>
        <w:t>Reproducerea</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imaginii</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operei</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în</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scopuri</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necomerciale</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este</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permisă</w:t>
      </w:r>
      <w:proofErr w:type="spellEnd"/>
      <w:r w:rsidRPr="00242782">
        <w:rPr>
          <w:rFonts w:ascii="Times New Roman" w:hAnsi="Times New Roman" w:cs="Times New Roman"/>
          <w:sz w:val="24"/>
          <w:szCs w:val="20"/>
        </w:rPr>
        <w:t>.</w:t>
      </w:r>
    </w:p>
    <w:p w14:paraId="2E0CFC2E" w14:textId="77777777" w:rsidR="005D45C4" w:rsidRPr="00242782" w:rsidRDefault="005D45C4" w:rsidP="00242782">
      <w:pPr>
        <w:pStyle w:val="ae"/>
        <w:numPr>
          <w:ilvl w:val="0"/>
          <w:numId w:val="16"/>
        </w:numPr>
        <w:spacing w:before="120" w:after="120" w:line="240" w:lineRule="auto"/>
        <w:ind w:left="357" w:hanging="357"/>
        <w:contextualSpacing w:val="0"/>
        <w:jc w:val="both"/>
        <w:rPr>
          <w:rFonts w:ascii="Times New Roman" w:hAnsi="Times New Roman" w:cs="Times New Roman"/>
          <w:sz w:val="24"/>
          <w:szCs w:val="20"/>
        </w:rPr>
      </w:pPr>
      <w:r w:rsidRPr="00242782">
        <w:rPr>
          <w:rFonts w:ascii="Times New Roman" w:hAnsi="Times New Roman" w:cs="Times New Roman"/>
          <w:sz w:val="24"/>
          <w:szCs w:val="20"/>
        </w:rPr>
        <w:lastRenderedPageBreak/>
        <w:t xml:space="preserve">Orice </w:t>
      </w:r>
      <w:proofErr w:type="spellStart"/>
      <w:r w:rsidRPr="00242782">
        <w:rPr>
          <w:rFonts w:ascii="Times New Roman" w:hAnsi="Times New Roman" w:cs="Times New Roman"/>
          <w:sz w:val="24"/>
          <w:szCs w:val="20"/>
        </w:rPr>
        <w:t>reproducere</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în</w:t>
      </w:r>
      <w:proofErr w:type="spellEnd"/>
      <w:r w:rsidRPr="00242782">
        <w:rPr>
          <w:rFonts w:ascii="Times New Roman" w:hAnsi="Times New Roman" w:cs="Times New Roman"/>
          <w:sz w:val="24"/>
          <w:szCs w:val="20"/>
        </w:rPr>
        <w:t xml:space="preserve"> scop </w:t>
      </w:r>
      <w:proofErr w:type="spellStart"/>
      <w:r w:rsidRPr="00242782">
        <w:rPr>
          <w:rFonts w:ascii="Times New Roman" w:hAnsi="Times New Roman" w:cs="Times New Roman"/>
          <w:sz w:val="24"/>
          <w:szCs w:val="20"/>
        </w:rPr>
        <w:t>comercial</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necesită</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acord</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scris</w:t>
      </w:r>
      <w:proofErr w:type="spellEnd"/>
      <w:r w:rsidRPr="00242782">
        <w:rPr>
          <w:rFonts w:ascii="Times New Roman" w:hAnsi="Times New Roman" w:cs="Times New Roman"/>
          <w:sz w:val="24"/>
          <w:szCs w:val="20"/>
        </w:rPr>
        <w:t xml:space="preserve"> al </w:t>
      </w:r>
      <w:proofErr w:type="spellStart"/>
      <w:r w:rsidRPr="00242782">
        <w:rPr>
          <w:rFonts w:ascii="Times New Roman" w:hAnsi="Times New Roman" w:cs="Times New Roman"/>
          <w:sz w:val="24"/>
          <w:szCs w:val="20"/>
        </w:rPr>
        <w:t>autorului</w:t>
      </w:r>
      <w:proofErr w:type="spellEnd"/>
      <w:r w:rsidRPr="00242782">
        <w:rPr>
          <w:rFonts w:ascii="Times New Roman" w:hAnsi="Times New Roman" w:cs="Times New Roman"/>
          <w:sz w:val="24"/>
          <w:szCs w:val="20"/>
        </w:rPr>
        <w:t>.</w:t>
      </w:r>
    </w:p>
    <w:p w14:paraId="433329E2" w14:textId="77777777" w:rsidR="005D45C4" w:rsidRPr="00242782" w:rsidRDefault="005D45C4" w:rsidP="005D45C4">
      <w:pPr>
        <w:pStyle w:val="ae"/>
        <w:numPr>
          <w:ilvl w:val="0"/>
          <w:numId w:val="17"/>
        </w:numPr>
        <w:spacing w:before="100" w:beforeAutospacing="1" w:after="100" w:afterAutospacing="1" w:line="480" w:lineRule="auto"/>
        <w:ind w:left="714" w:hanging="357"/>
        <w:rPr>
          <w:rFonts w:ascii="Times New Roman" w:hAnsi="Times New Roman" w:cs="Times New Roman"/>
          <w:b/>
          <w:bCs/>
          <w:sz w:val="24"/>
          <w:szCs w:val="20"/>
        </w:rPr>
      </w:pPr>
      <w:proofErr w:type="spellStart"/>
      <w:r w:rsidRPr="00242782">
        <w:rPr>
          <w:rFonts w:ascii="Times New Roman" w:hAnsi="Times New Roman" w:cs="Times New Roman"/>
          <w:b/>
          <w:bCs/>
          <w:sz w:val="24"/>
          <w:szCs w:val="20"/>
        </w:rPr>
        <w:t>Integritatea</w:t>
      </w:r>
      <w:proofErr w:type="spellEnd"/>
      <w:r w:rsidRPr="00242782">
        <w:rPr>
          <w:rFonts w:ascii="Times New Roman" w:hAnsi="Times New Roman" w:cs="Times New Roman"/>
          <w:b/>
          <w:bCs/>
          <w:sz w:val="24"/>
          <w:szCs w:val="20"/>
        </w:rPr>
        <w:t xml:space="preserve"> </w:t>
      </w:r>
      <w:proofErr w:type="spellStart"/>
      <w:r w:rsidRPr="00242782">
        <w:rPr>
          <w:rFonts w:ascii="Times New Roman" w:hAnsi="Times New Roman" w:cs="Times New Roman"/>
          <w:b/>
          <w:bCs/>
          <w:sz w:val="24"/>
          <w:szCs w:val="20"/>
        </w:rPr>
        <w:t>operei</w:t>
      </w:r>
      <w:proofErr w:type="spellEnd"/>
    </w:p>
    <w:p w14:paraId="1CDA8D48" w14:textId="77777777" w:rsidR="005D45C4" w:rsidRPr="00242782" w:rsidRDefault="005D45C4" w:rsidP="00242782">
      <w:pPr>
        <w:pStyle w:val="ae"/>
        <w:numPr>
          <w:ilvl w:val="0"/>
          <w:numId w:val="16"/>
        </w:numPr>
        <w:spacing w:before="100" w:beforeAutospacing="1" w:after="100" w:afterAutospacing="1" w:line="240" w:lineRule="auto"/>
        <w:jc w:val="both"/>
        <w:rPr>
          <w:rFonts w:ascii="Times New Roman" w:hAnsi="Times New Roman" w:cs="Times New Roman"/>
          <w:sz w:val="24"/>
          <w:szCs w:val="20"/>
        </w:rPr>
      </w:pPr>
      <w:proofErr w:type="spellStart"/>
      <w:r w:rsidRPr="00242782">
        <w:rPr>
          <w:rFonts w:ascii="Times New Roman" w:hAnsi="Times New Roman" w:cs="Times New Roman"/>
          <w:sz w:val="24"/>
          <w:szCs w:val="20"/>
        </w:rPr>
        <w:t>Beneficiarul</w:t>
      </w:r>
      <w:proofErr w:type="spellEnd"/>
      <w:r w:rsidRPr="00242782">
        <w:rPr>
          <w:rFonts w:ascii="Times New Roman" w:hAnsi="Times New Roman" w:cs="Times New Roman"/>
          <w:sz w:val="24"/>
          <w:szCs w:val="20"/>
        </w:rPr>
        <w:t xml:space="preserve"> nu </w:t>
      </w:r>
      <w:proofErr w:type="spellStart"/>
      <w:r w:rsidRPr="00242782">
        <w:rPr>
          <w:rFonts w:ascii="Times New Roman" w:hAnsi="Times New Roman" w:cs="Times New Roman"/>
          <w:sz w:val="24"/>
          <w:szCs w:val="20"/>
        </w:rPr>
        <w:t>poate</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modifica</w:t>
      </w:r>
      <w:proofErr w:type="spellEnd"/>
      <w:r w:rsidRPr="00242782">
        <w:rPr>
          <w:rFonts w:ascii="Times New Roman" w:hAnsi="Times New Roman" w:cs="Times New Roman"/>
          <w:sz w:val="24"/>
          <w:szCs w:val="20"/>
        </w:rPr>
        <w:t xml:space="preserve">, altera </w:t>
      </w:r>
      <w:proofErr w:type="spellStart"/>
      <w:r w:rsidRPr="00242782">
        <w:rPr>
          <w:rFonts w:ascii="Times New Roman" w:hAnsi="Times New Roman" w:cs="Times New Roman"/>
          <w:sz w:val="24"/>
          <w:szCs w:val="20"/>
        </w:rPr>
        <w:t>sau</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interveni</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asupra</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operei</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fără</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acordul</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scris</w:t>
      </w:r>
      <w:proofErr w:type="spellEnd"/>
      <w:r w:rsidRPr="00242782">
        <w:rPr>
          <w:rFonts w:ascii="Times New Roman" w:hAnsi="Times New Roman" w:cs="Times New Roman"/>
          <w:sz w:val="24"/>
          <w:szCs w:val="20"/>
        </w:rPr>
        <w:t xml:space="preserve"> al </w:t>
      </w:r>
      <w:proofErr w:type="spellStart"/>
      <w:r w:rsidRPr="00242782">
        <w:rPr>
          <w:rFonts w:ascii="Times New Roman" w:hAnsi="Times New Roman" w:cs="Times New Roman"/>
          <w:sz w:val="24"/>
          <w:szCs w:val="20"/>
        </w:rPr>
        <w:t>autorului</w:t>
      </w:r>
      <w:proofErr w:type="spellEnd"/>
      <w:r w:rsidRPr="00242782">
        <w:rPr>
          <w:rFonts w:ascii="Times New Roman" w:hAnsi="Times New Roman" w:cs="Times New Roman"/>
          <w:sz w:val="24"/>
          <w:szCs w:val="20"/>
        </w:rPr>
        <w:t>.</w:t>
      </w:r>
    </w:p>
    <w:p w14:paraId="266419EE" w14:textId="1F4FAB26" w:rsidR="005D45C4" w:rsidRPr="00242782" w:rsidRDefault="005D45C4" w:rsidP="00242782">
      <w:pPr>
        <w:pStyle w:val="ae"/>
        <w:numPr>
          <w:ilvl w:val="0"/>
          <w:numId w:val="16"/>
        </w:numPr>
        <w:spacing w:before="100" w:beforeAutospacing="1" w:after="100" w:afterAutospacing="1" w:line="240" w:lineRule="auto"/>
        <w:jc w:val="both"/>
        <w:rPr>
          <w:rFonts w:ascii="Times New Roman" w:hAnsi="Times New Roman" w:cs="Times New Roman"/>
          <w:sz w:val="24"/>
          <w:szCs w:val="20"/>
          <w:lang w:val="fr-FR"/>
        </w:rPr>
      </w:pPr>
      <w:proofErr w:type="spellStart"/>
      <w:r w:rsidRPr="00242782">
        <w:rPr>
          <w:rFonts w:ascii="Times New Roman" w:hAnsi="Times New Roman" w:cs="Times New Roman"/>
          <w:sz w:val="24"/>
          <w:szCs w:val="20"/>
          <w:lang w:val="fr-FR"/>
        </w:rPr>
        <w:t>Lucrările</w:t>
      </w:r>
      <w:proofErr w:type="spellEnd"/>
      <w:r w:rsidRPr="00242782">
        <w:rPr>
          <w:rFonts w:ascii="Times New Roman" w:hAnsi="Times New Roman" w:cs="Times New Roman"/>
          <w:sz w:val="24"/>
          <w:szCs w:val="20"/>
          <w:lang w:val="fr-FR"/>
        </w:rPr>
        <w:t xml:space="preserve"> de </w:t>
      </w:r>
      <w:proofErr w:type="spellStart"/>
      <w:r w:rsidRPr="00242782">
        <w:rPr>
          <w:rFonts w:ascii="Times New Roman" w:hAnsi="Times New Roman" w:cs="Times New Roman"/>
          <w:sz w:val="24"/>
          <w:szCs w:val="20"/>
          <w:lang w:val="fr-FR"/>
        </w:rPr>
        <w:t>restaurare</w:t>
      </w:r>
      <w:proofErr w:type="spellEnd"/>
      <w:r w:rsidRPr="00242782">
        <w:rPr>
          <w:rFonts w:ascii="Times New Roman" w:hAnsi="Times New Roman" w:cs="Times New Roman"/>
          <w:sz w:val="24"/>
          <w:szCs w:val="20"/>
          <w:lang w:val="fr-FR"/>
        </w:rPr>
        <w:t xml:space="preserve"> </w:t>
      </w:r>
      <w:proofErr w:type="spellStart"/>
      <w:r w:rsidRPr="00242782">
        <w:rPr>
          <w:rFonts w:ascii="Times New Roman" w:hAnsi="Times New Roman" w:cs="Times New Roman"/>
          <w:sz w:val="24"/>
          <w:szCs w:val="20"/>
          <w:lang w:val="fr-FR"/>
        </w:rPr>
        <w:t>sau</w:t>
      </w:r>
      <w:proofErr w:type="spellEnd"/>
      <w:r w:rsidRPr="00242782">
        <w:rPr>
          <w:rFonts w:ascii="Times New Roman" w:hAnsi="Times New Roman" w:cs="Times New Roman"/>
          <w:sz w:val="24"/>
          <w:szCs w:val="20"/>
          <w:lang w:val="fr-FR"/>
        </w:rPr>
        <w:t xml:space="preserve"> </w:t>
      </w:r>
      <w:proofErr w:type="spellStart"/>
      <w:r w:rsidRPr="00242782">
        <w:rPr>
          <w:rFonts w:ascii="Times New Roman" w:hAnsi="Times New Roman" w:cs="Times New Roman"/>
          <w:sz w:val="24"/>
          <w:szCs w:val="20"/>
          <w:lang w:val="fr-FR"/>
        </w:rPr>
        <w:t>recondiționare</w:t>
      </w:r>
      <w:proofErr w:type="spellEnd"/>
      <w:r w:rsidRPr="00242782">
        <w:rPr>
          <w:rFonts w:ascii="Times New Roman" w:hAnsi="Times New Roman" w:cs="Times New Roman"/>
          <w:sz w:val="24"/>
          <w:szCs w:val="20"/>
          <w:lang w:val="fr-FR"/>
        </w:rPr>
        <w:t xml:space="preserve"> se vor </w:t>
      </w:r>
      <w:proofErr w:type="spellStart"/>
      <w:r w:rsidRPr="00242782">
        <w:rPr>
          <w:rFonts w:ascii="Times New Roman" w:hAnsi="Times New Roman" w:cs="Times New Roman"/>
          <w:sz w:val="24"/>
          <w:szCs w:val="20"/>
          <w:lang w:val="fr-FR"/>
        </w:rPr>
        <w:t>realiza</w:t>
      </w:r>
      <w:proofErr w:type="spellEnd"/>
      <w:r w:rsidRPr="00242782">
        <w:rPr>
          <w:rFonts w:ascii="Times New Roman" w:hAnsi="Times New Roman" w:cs="Times New Roman"/>
          <w:sz w:val="24"/>
          <w:szCs w:val="20"/>
          <w:lang w:val="fr-FR"/>
        </w:rPr>
        <w:t xml:space="preserve"> </w:t>
      </w:r>
      <w:proofErr w:type="spellStart"/>
      <w:r w:rsidRPr="00242782">
        <w:rPr>
          <w:rFonts w:ascii="Times New Roman" w:hAnsi="Times New Roman" w:cs="Times New Roman"/>
          <w:sz w:val="24"/>
          <w:szCs w:val="20"/>
          <w:lang w:val="fr-FR"/>
        </w:rPr>
        <w:t>cu</w:t>
      </w:r>
      <w:proofErr w:type="spellEnd"/>
      <w:r w:rsidRPr="00242782">
        <w:rPr>
          <w:rFonts w:ascii="Times New Roman" w:hAnsi="Times New Roman" w:cs="Times New Roman"/>
          <w:sz w:val="24"/>
          <w:szCs w:val="20"/>
          <w:lang w:val="fr-FR"/>
        </w:rPr>
        <w:t xml:space="preserve"> </w:t>
      </w:r>
      <w:proofErr w:type="spellStart"/>
      <w:r w:rsidRPr="00242782">
        <w:rPr>
          <w:rFonts w:ascii="Times New Roman" w:hAnsi="Times New Roman" w:cs="Times New Roman"/>
          <w:sz w:val="24"/>
          <w:szCs w:val="20"/>
          <w:lang w:val="fr-FR"/>
        </w:rPr>
        <w:t>consultarea</w:t>
      </w:r>
      <w:proofErr w:type="spellEnd"/>
      <w:r w:rsidRPr="00242782">
        <w:rPr>
          <w:rFonts w:ascii="Times New Roman" w:hAnsi="Times New Roman" w:cs="Times New Roman"/>
          <w:sz w:val="24"/>
          <w:szCs w:val="20"/>
          <w:lang w:val="fr-FR"/>
        </w:rPr>
        <w:t xml:space="preserve"> </w:t>
      </w:r>
      <w:proofErr w:type="spellStart"/>
      <w:r w:rsidRPr="00242782">
        <w:rPr>
          <w:rFonts w:ascii="Times New Roman" w:hAnsi="Times New Roman" w:cs="Times New Roman"/>
          <w:sz w:val="24"/>
          <w:szCs w:val="20"/>
          <w:lang w:val="fr-FR"/>
        </w:rPr>
        <w:t>autorului</w:t>
      </w:r>
      <w:proofErr w:type="spellEnd"/>
      <w:r w:rsidRPr="00242782">
        <w:rPr>
          <w:rFonts w:ascii="Times New Roman" w:hAnsi="Times New Roman" w:cs="Times New Roman"/>
          <w:sz w:val="24"/>
          <w:szCs w:val="20"/>
          <w:lang w:val="fr-FR"/>
        </w:rPr>
        <w:t xml:space="preserve"> </w:t>
      </w:r>
      <w:proofErr w:type="spellStart"/>
      <w:r w:rsidRPr="00242782">
        <w:rPr>
          <w:rFonts w:ascii="Times New Roman" w:hAnsi="Times New Roman" w:cs="Times New Roman"/>
          <w:sz w:val="24"/>
          <w:szCs w:val="20"/>
          <w:lang w:val="fr-FR"/>
        </w:rPr>
        <w:t>sau</w:t>
      </w:r>
      <w:proofErr w:type="spellEnd"/>
      <w:r w:rsidRPr="00242782">
        <w:rPr>
          <w:rFonts w:ascii="Times New Roman" w:hAnsi="Times New Roman" w:cs="Times New Roman"/>
          <w:sz w:val="24"/>
          <w:szCs w:val="20"/>
          <w:lang w:val="fr-FR"/>
        </w:rPr>
        <w:t xml:space="preserve"> a </w:t>
      </w:r>
      <w:proofErr w:type="spellStart"/>
      <w:r w:rsidRPr="00242782">
        <w:rPr>
          <w:rFonts w:ascii="Times New Roman" w:hAnsi="Times New Roman" w:cs="Times New Roman"/>
          <w:sz w:val="24"/>
          <w:szCs w:val="20"/>
          <w:lang w:val="fr-FR"/>
        </w:rPr>
        <w:t>unui</w:t>
      </w:r>
      <w:proofErr w:type="spellEnd"/>
      <w:r w:rsidRPr="00242782">
        <w:rPr>
          <w:rFonts w:ascii="Times New Roman" w:hAnsi="Times New Roman" w:cs="Times New Roman"/>
          <w:sz w:val="24"/>
          <w:szCs w:val="20"/>
          <w:lang w:val="fr-FR"/>
        </w:rPr>
        <w:t xml:space="preserve"> </w:t>
      </w:r>
      <w:proofErr w:type="spellStart"/>
      <w:r w:rsidRPr="00242782">
        <w:rPr>
          <w:rFonts w:ascii="Times New Roman" w:hAnsi="Times New Roman" w:cs="Times New Roman"/>
          <w:sz w:val="24"/>
          <w:szCs w:val="20"/>
          <w:lang w:val="fr-FR"/>
        </w:rPr>
        <w:t>specialist</w:t>
      </w:r>
      <w:proofErr w:type="spellEnd"/>
      <w:r w:rsidRPr="00242782">
        <w:rPr>
          <w:rFonts w:ascii="Times New Roman" w:hAnsi="Times New Roman" w:cs="Times New Roman"/>
          <w:sz w:val="24"/>
          <w:szCs w:val="20"/>
          <w:lang w:val="fr-FR"/>
        </w:rPr>
        <w:t xml:space="preserve"> </w:t>
      </w:r>
      <w:proofErr w:type="spellStart"/>
      <w:r w:rsidRPr="00242782">
        <w:rPr>
          <w:rFonts w:ascii="Times New Roman" w:hAnsi="Times New Roman" w:cs="Times New Roman"/>
          <w:sz w:val="24"/>
          <w:szCs w:val="20"/>
          <w:lang w:val="fr-FR"/>
        </w:rPr>
        <w:t>desemnat</w:t>
      </w:r>
      <w:proofErr w:type="spellEnd"/>
      <w:r w:rsidRPr="00242782">
        <w:rPr>
          <w:rFonts w:ascii="Times New Roman" w:hAnsi="Times New Roman" w:cs="Times New Roman"/>
          <w:sz w:val="24"/>
          <w:szCs w:val="20"/>
          <w:lang w:val="fr-FR"/>
        </w:rPr>
        <w:t>.</w:t>
      </w:r>
    </w:p>
    <w:p w14:paraId="69439254" w14:textId="77777777" w:rsidR="005D45C4" w:rsidRPr="00242782" w:rsidRDefault="005D45C4" w:rsidP="005D45C4">
      <w:pPr>
        <w:spacing w:before="100" w:beforeAutospacing="1" w:after="100" w:afterAutospacing="1"/>
        <w:rPr>
          <w:rFonts w:ascii="Times New Roman" w:hAnsi="Times New Roman" w:cs="Times New Roman"/>
          <w:b/>
          <w:bCs/>
          <w:sz w:val="24"/>
          <w:szCs w:val="20"/>
        </w:rPr>
      </w:pPr>
      <w:proofErr w:type="spellStart"/>
      <w:r w:rsidRPr="00242782">
        <w:rPr>
          <w:rFonts w:ascii="Times New Roman" w:hAnsi="Times New Roman" w:cs="Times New Roman"/>
          <w:b/>
          <w:bCs/>
          <w:sz w:val="24"/>
          <w:szCs w:val="20"/>
        </w:rPr>
        <w:t>Observație</w:t>
      </w:r>
      <w:proofErr w:type="spellEnd"/>
      <w:r w:rsidRPr="00242782">
        <w:rPr>
          <w:rFonts w:ascii="Times New Roman" w:hAnsi="Times New Roman" w:cs="Times New Roman"/>
          <w:b/>
          <w:bCs/>
          <w:sz w:val="24"/>
          <w:szCs w:val="20"/>
        </w:rPr>
        <w:t xml:space="preserve"> </w:t>
      </w:r>
      <w:proofErr w:type="spellStart"/>
      <w:r w:rsidRPr="00242782">
        <w:rPr>
          <w:rFonts w:ascii="Times New Roman" w:hAnsi="Times New Roman" w:cs="Times New Roman"/>
          <w:b/>
          <w:bCs/>
          <w:sz w:val="24"/>
          <w:szCs w:val="20"/>
        </w:rPr>
        <w:t>administrativă</w:t>
      </w:r>
      <w:proofErr w:type="spellEnd"/>
      <w:r w:rsidRPr="00242782">
        <w:rPr>
          <w:rFonts w:ascii="Times New Roman" w:hAnsi="Times New Roman" w:cs="Times New Roman"/>
          <w:b/>
          <w:bCs/>
          <w:sz w:val="24"/>
          <w:szCs w:val="20"/>
        </w:rPr>
        <w:t xml:space="preserve"> </w:t>
      </w:r>
      <w:proofErr w:type="spellStart"/>
      <w:r w:rsidRPr="00242782">
        <w:rPr>
          <w:rFonts w:ascii="Times New Roman" w:hAnsi="Times New Roman" w:cs="Times New Roman"/>
          <w:b/>
          <w:bCs/>
          <w:sz w:val="24"/>
          <w:szCs w:val="20"/>
        </w:rPr>
        <w:t>importantă</w:t>
      </w:r>
      <w:proofErr w:type="spellEnd"/>
    </w:p>
    <w:p w14:paraId="60519CAC" w14:textId="77777777" w:rsidR="005D45C4" w:rsidRPr="00242782" w:rsidRDefault="005D45C4" w:rsidP="005D45C4">
      <w:pPr>
        <w:pStyle w:val="ae"/>
        <w:numPr>
          <w:ilvl w:val="0"/>
          <w:numId w:val="16"/>
        </w:numPr>
        <w:spacing w:before="100" w:beforeAutospacing="1" w:after="100" w:afterAutospacing="1"/>
        <w:rPr>
          <w:rFonts w:ascii="Times New Roman" w:hAnsi="Times New Roman" w:cs="Times New Roman"/>
          <w:sz w:val="24"/>
          <w:szCs w:val="20"/>
        </w:rPr>
      </w:pPr>
      <w:proofErr w:type="spellStart"/>
      <w:r w:rsidRPr="00242782">
        <w:rPr>
          <w:rFonts w:ascii="Times New Roman" w:hAnsi="Times New Roman" w:cs="Times New Roman"/>
          <w:sz w:val="24"/>
          <w:szCs w:val="20"/>
        </w:rPr>
        <w:t>Modelul</w:t>
      </w:r>
      <w:proofErr w:type="spellEnd"/>
      <w:r w:rsidRPr="00242782">
        <w:rPr>
          <w:rFonts w:ascii="Times New Roman" w:hAnsi="Times New Roman" w:cs="Times New Roman"/>
          <w:sz w:val="24"/>
          <w:szCs w:val="20"/>
        </w:rPr>
        <w:t xml:space="preserve"> la </w:t>
      </w:r>
      <w:proofErr w:type="spellStart"/>
      <w:r w:rsidRPr="00242782">
        <w:rPr>
          <w:rFonts w:ascii="Times New Roman" w:hAnsi="Times New Roman" w:cs="Times New Roman"/>
          <w:sz w:val="24"/>
          <w:szCs w:val="20"/>
        </w:rPr>
        <w:t>scară</w:t>
      </w:r>
      <w:proofErr w:type="spellEnd"/>
      <w:r w:rsidRPr="00242782">
        <w:rPr>
          <w:rFonts w:ascii="Times New Roman" w:hAnsi="Times New Roman" w:cs="Times New Roman"/>
          <w:sz w:val="24"/>
          <w:szCs w:val="20"/>
        </w:rPr>
        <w:t xml:space="preserve"> 1:1 </w:t>
      </w:r>
      <w:proofErr w:type="spellStart"/>
      <w:r w:rsidRPr="00242782">
        <w:rPr>
          <w:rFonts w:ascii="Times New Roman" w:hAnsi="Times New Roman" w:cs="Times New Roman"/>
          <w:sz w:val="24"/>
          <w:szCs w:val="20"/>
        </w:rPr>
        <w:t>reprezintă</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creația</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artistică</w:t>
      </w:r>
      <w:proofErr w:type="spellEnd"/>
      <w:r w:rsidRPr="00242782">
        <w:rPr>
          <w:rFonts w:ascii="Times New Roman" w:hAnsi="Times New Roman" w:cs="Times New Roman"/>
          <w:sz w:val="24"/>
          <w:szCs w:val="20"/>
        </w:rPr>
        <w:t xml:space="preserve"> </w:t>
      </w:r>
      <w:proofErr w:type="spellStart"/>
      <w:r w:rsidRPr="00242782">
        <w:rPr>
          <w:rFonts w:ascii="Times New Roman" w:hAnsi="Times New Roman" w:cs="Times New Roman"/>
          <w:sz w:val="24"/>
          <w:szCs w:val="20"/>
        </w:rPr>
        <w:t>originală</w:t>
      </w:r>
      <w:proofErr w:type="spellEnd"/>
      <w:r w:rsidRPr="00242782">
        <w:rPr>
          <w:rFonts w:ascii="Times New Roman" w:hAnsi="Times New Roman" w:cs="Times New Roman"/>
          <w:sz w:val="24"/>
          <w:szCs w:val="20"/>
        </w:rPr>
        <w:t>.</w:t>
      </w:r>
    </w:p>
    <w:p w14:paraId="1A12C986" w14:textId="58A02CA4" w:rsidR="00E52527" w:rsidRDefault="00242782">
      <w:pPr>
        <w:pStyle w:val="1"/>
        <w:rPr>
          <w:rFonts w:ascii="Times New Roman" w:hAnsi="Times New Roman" w:cs="Times New Roman"/>
          <w:sz w:val="24"/>
          <w:szCs w:val="24"/>
          <w:lang w:val="ro-RO"/>
        </w:rPr>
      </w:pPr>
      <w:r>
        <w:rPr>
          <w:rFonts w:ascii="Times New Roman" w:hAnsi="Times New Roman" w:cs="Times New Roman"/>
          <w:sz w:val="24"/>
          <w:szCs w:val="24"/>
          <w:lang w:val="ro-RO"/>
        </w:rPr>
        <w:t>6</w:t>
      </w:r>
      <w:r w:rsidR="007A2395" w:rsidRPr="00D94CA7">
        <w:rPr>
          <w:rFonts w:ascii="Times New Roman" w:hAnsi="Times New Roman" w:cs="Times New Roman"/>
          <w:sz w:val="24"/>
          <w:szCs w:val="24"/>
          <w:lang w:val="ro-RO"/>
        </w:rPr>
        <w:t>. Cadrul legal și normativ aplicabil</w:t>
      </w:r>
    </w:p>
    <w:p w14:paraId="13DD6CB8" w14:textId="23FE7676" w:rsidR="00242782" w:rsidRPr="002C076B" w:rsidRDefault="00242782" w:rsidP="00242782">
      <w:pPr>
        <w:tabs>
          <w:tab w:val="left" w:pos="4050"/>
        </w:tabs>
        <w:jc w:val="both"/>
        <w:rPr>
          <w:rFonts w:ascii="Times New Roman" w:hAnsi="Times New Roman" w:cs="Times New Roman"/>
          <w:sz w:val="24"/>
          <w:szCs w:val="24"/>
          <w:lang w:val="ro-RO"/>
        </w:rPr>
      </w:pPr>
      <w:r w:rsidRPr="00242782">
        <w:rPr>
          <w:rFonts w:ascii="Times New Roman" w:hAnsi="Times New Roman" w:cs="Times New Roman"/>
          <w:sz w:val="24"/>
          <w:szCs w:val="24"/>
          <w:lang w:val="ro-RO"/>
        </w:rPr>
        <w:t>Monumentele de for public v-or fi edificate conform regulilor Programului Interreg NEXT și tratatelor internaționale aplicabile, ținînd cont de Regulamentul de organizare și desfășurara a concursului de selectare a autorului monumentelor de for public ,,Nicolae Bulat”, ,,Bustul lui Ion Druță”, ,,Grigore Vieru cu maica sa și cartea” aprobal în baza deiziei Consiliului municipal nr. 25/12  din 11 mai 2026.</w:t>
      </w:r>
      <w:r>
        <w:rPr>
          <w:rFonts w:ascii="Times New Roman" w:hAnsi="Times New Roman" w:cs="Times New Roman"/>
          <w:sz w:val="24"/>
          <w:szCs w:val="24"/>
          <w:lang w:val="ro-RO"/>
        </w:rPr>
        <w:t xml:space="preserve"> Ordinul</w:t>
      </w:r>
      <w:r w:rsidR="004C2FBF">
        <w:rPr>
          <w:rFonts w:ascii="Times New Roman" w:hAnsi="Times New Roman" w:cs="Times New Roman"/>
          <w:sz w:val="24"/>
          <w:szCs w:val="24"/>
          <w:lang w:val="ro-RO"/>
        </w:rPr>
        <w:t xml:space="preserve"> 429a ,,Cu privire la înființarea monumentului de for public ,,Statuia lui Nicolae Bulat</w:t>
      </w:r>
      <w:r w:rsidR="004C2FBF" w:rsidRPr="004C2FBF">
        <w:rPr>
          <w:rFonts w:ascii="Times New Roman" w:hAnsi="Times New Roman" w:cs="Times New Roman"/>
          <w:sz w:val="24"/>
          <w:szCs w:val="24"/>
          <w:lang w:val="fr-FR"/>
        </w:rPr>
        <w:t>”</w:t>
      </w:r>
      <w:r w:rsidR="004C2FBF">
        <w:rPr>
          <w:rFonts w:ascii="Times New Roman" w:hAnsi="Times New Roman" w:cs="Times New Roman"/>
          <w:sz w:val="24"/>
          <w:szCs w:val="24"/>
          <w:lang w:val="ro-RO"/>
        </w:rPr>
        <w:t>, pe terenul cu nr. cadastral 7801118.609, situat pe str. Petru Rareș, mun. Soroca</w:t>
      </w:r>
      <w:r w:rsidR="004C2FBF" w:rsidRPr="006F199F">
        <w:rPr>
          <w:rFonts w:ascii="Times New Roman" w:hAnsi="Times New Roman" w:cs="Times New Roman"/>
          <w:sz w:val="24"/>
          <w:szCs w:val="24"/>
          <w:lang w:val="ro-RO"/>
        </w:rPr>
        <w:t xml:space="preserve">”. Ordinul 429b ,,Cu </w:t>
      </w:r>
      <w:r w:rsidR="004C2FBF">
        <w:rPr>
          <w:rFonts w:ascii="Times New Roman" w:hAnsi="Times New Roman" w:cs="Times New Roman"/>
          <w:sz w:val="24"/>
          <w:szCs w:val="24"/>
          <w:lang w:val="ro-RO"/>
        </w:rPr>
        <w:t>privire la înființarea monumentului de for public ,,Compoziția sculpturală Grigore Vieru cu maica sa și cartea,, în incinta percului ,,Gigore Vieru,, str. Independenței, mun. Soroca, pe terenul cu nr. cadastral 07801112.414</w:t>
      </w:r>
      <w:r w:rsidR="004C2FBF" w:rsidRPr="004C2FBF">
        <w:rPr>
          <w:rFonts w:ascii="Times New Roman" w:hAnsi="Times New Roman" w:cs="Times New Roman"/>
          <w:sz w:val="24"/>
          <w:szCs w:val="24"/>
          <w:lang w:val="ro-RO"/>
        </w:rPr>
        <w:t>”, Ordinul 429c ,,Cu</w:t>
      </w:r>
      <w:r w:rsidR="004C2FBF">
        <w:rPr>
          <w:rFonts w:ascii="Times New Roman" w:hAnsi="Times New Roman" w:cs="Times New Roman"/>
          <w:sz w:val="24"/>
          <w:szCs w:val="24"/>
          <w:lang w:val="ro-RO"/>
        </w:rPr>
        <w:t xml:space="preserve"> privire la înființarea monumentului de for public ,,Bustul lui Ion Druță</w:t>
      </w:r>
      <w:r w:rsidR="004C2FBF" w:rsidRPr="004C2FBF">
        <w:rPr>
          <w:rFonts w:ascii="Times New Roman" w:hAnsi="Times New Roman" w:cs="Times New Roman"/>
          <w:sz w:val="24"/>
          <w:szCs w:val="24"/>
          <w:lang w:val="ro-RO"/>
        </w:rPr>
        <w:t xml:space="preserve">” </w:t>
      </w:r>
      <w:r w:rsidR="004C2FBF">
        <w:rPr>
          <w:rFonts w:ascii="Times New Roman" w:hAnsi="Times New Roman" w:cs="Times New Roman"/>
          <w:sz w:val="24"/>
          <w:szCs w:val="24"/>
          <w:lang w:val="ro-RO"/>
        </w:rPr>
        <w:t>în incinta Aleii Clasicilor din parcul ,,Mihai Eminescu</w:t>
      </w:r>
      <w:r w:rsidR="004C2FBF" w:rsidRPr="004C2FBF">
        <w:rPr>
          <w:rFonts w:ascii="Times New Roman" w:hAnsi="Times New Roman" w:cs="Times New Roman"/>
          <w:sz w:val="24"/>
          <w:szCs w:val="24"/>
          <w:lang w:val="ro-RO"/>
        </w:rPr>
        <w:t>”</w:t>
      </w:r>
      <w:r w:rsidR="004C2FBF">
        <w:rPr>
          <w:rFonts w:ascii="Times New Roman" w:hAnsi="Times New Roman" w:cs="Times New Roman"/>
          <w:sz w:val="24"/>
          <w:szCs w:val="24"/>
          <w:lang w:val="ro-RO"/>
        </w:rPr>
        <w:t xml:space="preserve">, str. Alexandru cel Bun, mun. Soroca, </w:t>
      </w:r>
      <w:r w:rsidR="002C076B">
        <w:rPr>
          <w:rFonts w:ascii="Times New Roman" w:hAnsi="Times New Roman" w:cs="Times New Roman"/>
          <w:sz w:val="24"/>
          <w:szCs w:val="24"/>
          <w:lang w:val="ro-RO"/>
        </w:rPr>
        <w:t>pe terenul cu nr. cadastral 7801111.451.</w:t>
      </w:r>
      <w:r w:rsidR="002C076B" w:rsidRPr="002C076B">
        <w:rPr>
          <w:rFonts w:ascii="Times New Roman" w:hAnsi="Times New Roman" w:cs="Times New Roman"/>
          <w:sz w:val="24"/>
          <w:szCs w:val="24"/>
          <w:lang w:val="ro-RO"/>
        </w:rPr>
        <w:t>”</w:t>
      </w:r>
    </w:p>
    <w:p w14:paraId="6434FF0D" w14:textId="60297B8C" w:rsidR="00D94CA7" w:rsidRPr="00D94CA7" w:rsidRDefault="00D94CA7" w:rsidP="00D94CA7">
      <w:pPr>
        <w:rPr>
          <w:rFonts w:ascii="Times New Roman" w:hAnsi="Times New Roman" w:cs="Times New Roman"/>
          <w:sz w:val="24"/>
          <w:szCs w:val="24"/>
          <w:lang w:val="ro-RO"/>
        </w:rPr>
      </w:pPr>
    </w:p>
    <w:p w14:paraId="3275A44B" w14:textId="662CA371" w:rsidR="00D94CA7" w:rsidRPr="00D94CA7" w:rsidRDefault="00D94CA7" w:rsidP="00D94CA7">
      <w:pPr>
        <w:rPr>
          <w:rFonts w:ascii="Times New Roman" w:hAnsi="Times New Roman" w:cs="Times New Roman"/>
          <w:sz w:val="24"/>
          <w:szCs w:val="24"/>
          <w:lang w:val="ro-RO"/>
        </w:rPr>
      </w:pPr>
    </w:p>
    <w:p w14:paraId="598709DB" w14:textId="2C91EE4D" w:rsidR="00D94CA7" w:rsidRDefault="00D94CA7" w:rsidP="00D94CA7">
      <w:pPr>
        <w:rPr>
          <w:rFonts w:ascii="Times New Roman" w:hAnsi="Times New Roman" w:cs="Times New Roman"/>
          <w:sz w:val="24"/>
          <w:szCs w:val="24"/>
          <w:lang w:val="ro-RO"/>
        </w:rPr>
      </w:pPr>
    </w:p>
    <w:p w14:paraId="756FCE58" w14:textId="55A5CF90" w:rsidR="00D94CA7" w:rsidRDefault="00D94CA7" w:rsidP="00D94CA7">
      <w:pPr>
        <w:tabs>
          <w:tab w:val="left" w:pos="1140"/>
        </w:tabs>
        <w:rPr>
          <w:rFonts w:ascii="Times New Roman" w:hAnsi="Times New Roman" w:cs="Times New Roman"/>
          <w:sz w:val="24"/>
          <w:szCs w:val="24"/>
          <w:lang w:val="ro-RO"/>
        </w:rPr>
      </w:pPr>
      <w:r>
        <w:rPr>
          <w:rFonts w:ascii="Times New Roman" w:hAnsi="Times New Roman" w:cs="Times New Roman"/>
          <w:sz w:val="24"/>
          <w:szCs w:val="24"/>
          <w:lang w:val="ro-RO"/>
        </w:rPr>
        <w:t xml:space="preserve">Asistent manager de proiect, </w:t>
      </w:r>
    </w:p>
    <w:p w14:paraId="5518AF76" w14:textId="366833E1" w:rsidR="00D94CA7" w:rsidRPr="00D94CA7" w:rsidRDefault="00D94CA7" w:rsidP="00D94CA7">
      <w:pPr>
        <w:tabs>
          <w:tab w:val="left" w:pos="1140"/>
          <w:tab w:val="left" w:pos="5445"/>
        </w:tabs>
        <w:rPr>
          <w:rFonts w:ascii="Times New Roman" w:hAnsi="Times New Roman" w:cs="Times New Roman"/>
          <w:sz w:val="24"/>
          <w:szCs w:val="24"/>
          <w:lang w:val="ro-RO"/>
        </w:rPr>
      </w:pPr>
      <w:r>
        <w:rPr>
          <w:rFonts w:ascii="Times New Roman" w:hAnsi="Times New Roman" w:cs="Times New Roman"/>
          <w:sz w:val="24"/>
          <w:szCs w:val="24"/>
          <w:lang w:val="ro-RO"/>
        </w:rPr>
        <w:t>Ghenadie TUDOS</w:t>
      </w:r>
      <w:r>
        <w:rPr>
          <w:rFonts w:ascii="Times New Roman" w:hAnsi="Times New Roman" w:cs="Times New Roman"/>
          <w:sz w:val="24"/>
          <w:szCs w:val="24"/>
          <w:lang w:val="ro-RO"/>
        </w:rPr>
        <w:tab/>
        <w:t>/_______________________/</w:t>
      </w:r>
    </w:p>
    <w:sectPr w:rsidR="00D94CA7" w:rsidRPr="00D94CA7" w:rsidSect="00034616">
      <w:headerReference w:type="default" r:id="rId11"/>
      <w:footerReference w:type="default" r:id="rId12"/>
      <w:headerReference w:type="first" r:id="rId13"/>
      <w:pgSz w:w="11906" w:h="16838"/>
      <w:pgMar w:top="1134" w:right="1134" w:bottom="1020" w:left="1247" w:header="567"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73BFE6" w14:textId="77777777" w:rsidR="00D04F46" w:rsidRDefault="00D04F46">
      <w:pPr>
        <w:spacing w:after="0" w:line="240" w:lineRule="auto"/>
        <w:rPr>
          <w:rFonts w:hint="eastAsia"/>
        </w:rPr>
      </w:pPr>
      <w:r>
        <w:separator/>
      </w:r>
    </w:p>
  </w:endnote>
  <w:endnote w:type="continuationSeparator" w:id="0">
    <w:p w14:paraId="0EF12FF6" w14:textId="77777777" w:rsidR="00D04F46" w:rsidRDefault="00D04F46">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altName w:val="Calibri"/>
    <w:panose1 w:val="00000000000000000000"/>
    <w:charset w:val="00"/>
    <w:family w:val="roman"/>
    <w:notTrueType/>
    <w:pitch w:val="default"/>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FC5D91" w14:textId="3F6941B4" w:rsidR="00E52527" w:rsidRPr="00D94CA7" w:rsidRDefault="007A2395">
    <w:pPr>
      <w:pStyle w:val="a7"/>
      <w:jc w:val="center"/>
      <w:rPr>
        <w:rFonts w:hint="eastAsia"/>
        <w:lang w:val="fr-FR"/>
      </w:rPr>
    </w:pPr>
    <w:proofErr w:type="spellStart"/>
    <w:r w:rsidRPr="00D94CA7">
      <w:rPr>
        <w:color w:val="646464"/>
        <w:sz w:val="18"/>
        <w:lang w:val="fr-FR"/>
      </w:rPr>
      <w:t>Primăria</w:t>
    </w:r>
    <w:proofErr w:type="spellEnd"/>
    <w:r w:rsidRPr="00D94CA7">
      <w:rPr>
        <w:color w:val="646464"/>
        <w:sz w:val="18"/>
        <w:lang w:val="fr-FR"/>
      </w:rPr>
      <w:t xml:space="preserve"> </w:t>
    </w:r>
    <w:proofErr w:type="spellStart"/>
    <w:r w:rsidRPr="00D94CA7">
      <w:rPr>
        <w:color w:val="646464"/>
        <w:sz w:val="18"/>
        <w:lang w:val="fr-FR"/>
      </w:rPr>
      <w:t>municipiului</w:t>
    </w:r>
    <w:proofErr w:type="spellEnd"/>
    <w:r w:rsidRPr="00D94CA7">
      <w:rPr>
        <w:color w:val="646464"/>
        <w:sz w:val="18"/>
        <w:lang w:val="fr-FR"/>
      </w:rPr>
      <w:t xml:space="preserve"> </w:t>
    </w:r>
    <w:proofErr w:type="gramStart"/>
    <w:r w:rsidRPr="00D94CA7">
      <w:rPr>
        <w:color w:val="646464"/>
        <w:sz w:val="18"/>
        <w:lang w:val="fr-FR"/>
      </w:rPr>
      <w:t>Soroca  |</w:t>
    </w:r>
    <w:proofErr w:type="gramEnd"/>
    <w:r w:rsidRPr="00D94CA7">
      <w:rPr>
        <w:color w:val="646464"/>
        <w:sz w:val="18"/>
        <w:lang w:val="fr-FR"/>
      </w:rPr>
      <w:t xml:space="preserve">  Pagina </w:t>
    </w:r>
    <w:r>
      <w:fldChar w:fldCharType="begin"/>
    </w:r>
    <w:r w:rsidRPr="00D94CA7">
      <w:rPr>
        <w:lang w:val="fr-FR"/>
      </w:rPr>
      <w:instrText>PAGE</w:instrText>
    </w:r>
    <w:r>
      <w:fldChar w:fldCharType="separate"/>
    </w:r>
    <w:r w:rsidRPr="00D94CA7">
      <w:rPr>
        <w:lang w:val="fr-FR"/>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C37B78" w14:textId="77777777" w:rsidR="00D04F46" w:rsidRDefault="00D04F46">
      <w:pPr>
        <w:spacing w:after="0" w:line="240" w:lineRule="auto"/>
        <w:rPr>
          <w:rFonts w:hint="eastAsia"/>
        </w:rPr>
      </w:pPr>
      <w:r>
        <w:separator/>
      </w:r>
    </w:p>
  </w:footnote>
  <w:footnote w:type="continuationSeparator" w:id="0">
    <w:p w14:paraId="63723771" w14:textId="77777777" w:rsidR="00D04F46" w:rsidRDefault="00D04F46">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753F81" w14:textId="6803489A" w:rsidR="00E52527" w:rsidRPr="0000218D" w:rsidRDefault="007A2395" w:rsidP="00090ADA">
    <w:pPr>
      <w:pStyle w:val="a5"/>
      <w:jc w:val="center"/>
      <w:rPr>
        <w:rFonts w:hint="eastAsia"/>
        <w:lang w:val="fr-FR"/>
      </w:rPr>
    </w:pPr>
    <w:r w:rsidRPr="0000218D">
      <w:rPr>
        <w:b/>
        <w:color w:val="5A5A5A"/>
        <w:sz w:val="18"/>
        <w:lang w:val="fr-FR"/>
      </w:rPr>
      <w:t xml:space="preserve">Proiect CRAFT </w:t>
    </w:r>
    <w:r w:rsidR="0000218D" w:rsidRPr="0000218D">
      <w:rPr>
        <w:b/>
        <w:color w:val="5A5A5A"/>
        <w:sz w:val="18"/>
        <w:lang w:val="fr-FR"/>
      </w:rPr>
      <w:t xml:space="preserve"> ROMD 00596</w:t>
    </w:r>
    <w:r w:rsidRPr="0000218D">
      <w:rPr>
        <w:b/>
        <w:color w:val="5A5A5A"/>
        <w:sz w:val="18"/>
        <w:lang w:val="fr-FR"/>
      </w:rPr>
      <w:t>| Caiet de sarcini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FDD20D" w14:textId="10E258E8" w:rsidR="00D94CA7" w:rsidRDefault="00D94CA7">
    <w:pPr>
      <w:pStyle w:val="a5"/>
      <w:rPr>
        <w:rFonts w:hint="eastAsia"/>
      </w:rPr>
    </w:pPr>
    <w:r>
      <w:rPr>
        <w:rFonts w:hint="eastAsia"/>
        <w:noProof/>
      </w:rPr>
      <w:drawing>
        <wp:inline distT="0" distB="0" distL="0" distR="0" wp14:anchorId="57B1E035" wp14:editId="0EA246A0">
          <wp:extent cx="2324678" cy="7334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3094" cy="748700"/>
                  </a:xfrm>
                  <a:prstGeom prst="rect">
                    <a:avLst/>
                  </a:prstGeom>
                  <a:noFill/>
                </pic:spPr>
              </pic:pic>
            </a:graphicData>
          </a:graphic>
        </wp:inline>
      </w:drawing>
    </w:r>
    <w:r>
      <w:rPr>
        <w:rFonts w:hint="eastAsia"/>
        <w:noProof/>
      </w:rPr>
      <w:drawing>
        <wp:inline distT="0" distB="0" distL="0" distR="0" wp14:anchorId="2BF4D603" wp14:editId="7EB61047">
          <wp:extent cx="1504950" cy="8191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04950" cy="819150"/>
                  </a:xfrm>
                  <a:prstGeom prst="rect">
                    <a:avLst/>
                  </a:prstGeom>
                  <a:noFill/>
                </pic:spPr>
              </pic:pic>
            </a:graphicData>
          </a:graphic>
        </wp:inline>
      </w:drawing>
    </w:r>
    <w:r>
      <w:t xml:space="preserve">               </w:t>
    </w:r>
    <w:r>
      <w:rPr>
        <w:rFonts w:hint="eastAsia"/>
        <w:noProof/>
      </w:rPr>
      <w:drawing>
        <wp:inline distT="0" distB="0" distL="0" distR="0" wp14:anchorId="28B35F8A" wp14:editId="268DFC2E">
          <wp:extent cx="570865" cy="845633"/>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89610" cy="8734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23257111"/>
    <w:multiLevelType w:val="hybridMultilevel"/>
    <w:tmpl w:val="E4DC4A10"/>
    <w:lvl w:ilvl="0" w:tplc="0409000F">
      <w:start w:val="1"/>
      <w:numFmt w:val="decimal"/>
      <w:lvlText w:val="%1."/>
      <w:lvlJc w:val="left"/>
      <w:pPr>
        <w:ind w:left="4471"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7B3C13"/>
    <w:multiLevelType w:val="hybridMultilevel"/>
    <w:tmpl w:val="A70C262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402227AB"/>
    <w:multiLevelType w:val="hybridMultilevel"/>
    <w:tmpl w:val="C5D888E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4444284A"/>
    <w:multiLevelType w:val="multilevel"/>
    <w:tmpl w:val="59C68334"/>
    <w:lvl w:ilvl="0">
      <w:start w:val="1"/>
      <w:numFmt w:val="decimal"/>
      <w:lvlText w:val="%1."/>
      <w:lvlJc w:val="left"/>
      <w:pPr>
        <w:tabs>
          <w:tab w:val="num" w:pos="720"/>
        </w:tabs>
        <w:ind w:left="720" w:hanging="360"/>
      </w:pPr>
    </w:lvl>
    <w:lvl w:ilvl="1">
      <w:start w:val="16"/>
      <w:numFmt w:val="decimal"/>
      <w:lvlText w:val="%2"/>
      <w:lvlJc w:val="left"/>
      <w:pPr>
        <w:ind w:left="1440" w:hanging="360"/>
      </w:pPr>
      <w:rPr>
        <w:rFonts w:hint="default"/>
        <w:i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9E6C0A"/>
    <w:multiLevelType w:val="hybridMultilevel"/>
    <w:tmpl w:val="E6780BE4"/>
    <w:lvl w:ilvl="0" w:tplc="7C8A606E">
      <w:start w:val="1"/>
      <w:numFmt w:val="bullet"/>
      <w:lvlText w:val=""/>
      <w:lvlJc w:val="left"/>
      <w:pPr>
        <w:ind w:left="360" w:hanging="360"/>
      </w:pPr>
      <w:rPr>
        <w:rFonts w:ascii="Symbol" w:hAnsi="Symbol" w:hint="default"/>
        <w:sz w:val="24"/>
        <w:szCs w:val="20"/>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14" w15:restartNumberingAfterBreak="0">
    <w:nsid w:val="498C3EC5"/>
    <w:multiLevelType w:val="hybridMultilevel"/>
    <w:tmpl w:val="81843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F85FC5"/>
    <w:multiLevelType w:val="multilevel"/>
    <w:tmpl w:val="97621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EC0632"/>
    <w:multiLevelType w:val="hybridMultilevel"/>
    <w:tmpl w:val="6F2E92C6"/>
    <w:lvl w:ilvl="0" w:tplc="67EC5A9C">
      <w:start w:val="1"/>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7" w15:restartNumberingAfterBreak="0">
    <w:nsid w:val="63114437"/>
    <w:multiLevelType w:val="hybridMultilevel"/>
    <w:tmpl w:val="5EF8AA08"/>
    <w:lvl w:ilvl="0" w:tplc="A0F2E070">
      <w:start w:val="1"/>
      <w:numFmt w:val="bullet"/>
      <w:lvlText w:val="−"/>
      <w:lvlJc w:val="left"/>
      <w:pPr>
        <w:ind w:left="360" w:hanging="360"/>
      </w:pPr>
      <w:rPr>
        <w:rFonts w:ascii="Arial" w:hAnsi="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AA1435D"/>
    <w:multiLevelType w:val="multilevel"/>
    <w:tmpl w:val="F53C9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CB13C6"/>
    <w:multiLevelType w:val="multilevel"/>
    <w:tmpl w:val="785E4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5"/>
  </w:num>
  <w:num w:numId="11">
    <w:abstractNumId w:val="19"/>
  </w:num>
  <w:num w:numId="12">
    <w:abstractNumId w:val="16"/>
  </w:num>
  <w:num w:numId="13">
    <w:abstractNumId w:val="18"/>
  </w:num>
  <w:num w:numId="14">
    <w:abstractNumId w:val="13"/>
  </w:num>
  <w:num w:numId="15">
    <w:abstractNumId w:val="14"/>
  </w:num>
  <w:num w:numId="16">
    <w:abstractNumId w:val="17"/>
  </w:num>
  <w:num w:numId="17">
    <w:abstractNumId w:val="9"/>
  </w:num>
  <w:num w:numId="18">
    <w:abstractNumId w:val="11"/>
  </w:num>
  <w:num w:numId="19">
    <w:abstractNumId w:val="12"/>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8"/>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18D"/>
    <w:rsid w:val="00034616"/>
    <w:rsid w:val="0006063C"/>
    <w:rsid w:val="00090ADA"/>
    <w:rsid w:val="00114AAC"/>
    <w:rsid w:val="0015074B"/>
    <w:rsid w:val="00242782"/>
    <w:rsid w:val="0029639D"/>
    <w:rsid w:val="002C076B"/>
    <w:rsid w:val="00326F90"/>
    <w:rsid w:val="004440A5"/>
    <w:rsid w:val="004C2FBF"/>
    <w:rsid w:val="005D45C4"/>
    <w:rsid w:val="006F199F"/>
    <w:rsid w:val="00700E07"/>
    <w:rsid w:val="007A2395"/>
    <w:rsid w:val="008904A3"/>
    <w:rsid w:val="00AA1D8D"/>
    <w:rsid w:val="00B47730"/>
    <w:rsid w:val="00B56010"/>
    <w:rsid w:val="00B67682"/>
    <w:rsid w:val="00C506E2"/>
    <w:rsid w:val="00CB0664"/>
    <w:rsid w:val="00CE1C32"/>
    <w:rsid w:val="00D04F46"/>
    <w:rsid w:val="00D17F87"/>
    <w:rsid w:val="00D31B5C"/>
    <w:rsid w:val="00D94CA7"/>
    <w:rsid w:val="00E52527"/>
    <w:rsid w:val="00F90E0E"/>
    <w:rsid w:val="00F94056"/>
    <w:rsid w:val="00FC693F"/>
    <w:rsid w:val="00FC7D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675E05C"/>
  <w14:defaultImageDpi w14:val="300"/>
  <w15:docId w15:val="{2ACAD25F-B0F3-1948-858F-8565D34F9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Aptos" w:hAnsi="Aptos"/>
      <w:sz w:val="21"/>
    </w:rPr>
  </w:style>
  <w:style w:type="paragraph" w:styleId="1">
    <w:name w:val="heading 1"/>
    <w:basedOn w:val="a1"/>
    <w:next w:val="a1"/>
    <w:link w:val="10"/>
    <w:uiPriority w:val="9"/>
    <w:qFormat/>
    <w:rsid w:val="00FC693F"/>
    <w:pPr>
      <w:keepNext/>
      <w:keepLines/>
      <w:spacing w:before="240" w:after="100"/>
      <w:outlineLvl w:val="0"/>
    </w:pPr>
    <w:rPr>
      <w:rFonts w:asciiTheme="majorHAnsi" w:eastAsiaTheme="majorEastAsia" w:hAnsiTheme="majorHAnsi" w:cstheme="majorBidi"/>
      <w:b/>
      <w:bCs/>
      <w:color w:val="1F4E79"/>
      <w:sz w:val="28"/>
      <w:szCs w:val="28"/>
    </w:rPr>
  </w:style>
  <w:style w:type="paragraph" w:styleId="21">
    <w:name w:val="heading 2"/>
    <w:basedOn w:val="a1"/>
    <w:next w:val="a1"/>
    <w:link w:val="22"/>
    <w:uiPriority w:val="9"/>
    <w:unhideWhenUsed/>
    <w:qFormat/>
    <w:rsid w:val="00FC693F"/>
    <w:pPr>
      <w:keepNext/>
      <w:keepLines/>
      <w:spacing w:before="160" w:after="100"/>
      <w:outlineLvl w:val="1"/>
    </w:pPr>
    <w:rPr>
      <w:rFonts w:asciiTheme="majorHAnsi" w:eastAsiaTheme="majorEastAsia" w:hAnsiTheme="majorHAnsi" w:cstheme="majorBidi"/>
      <w:b/>
      <w:bCs/>
      <w:color w:val="365F91"/>
      <w:sz w:val="26"/>
      <w:szCs w:val="26"/>
    </w:rPr>
  </w:style>
  <w:style w:type="paragraph" w:styleId="31">
    <w:name w:val="heading 3"/>
    <w:basedOn w:val="a1"/>
    <w:next w:val="a1"/>
    <w:link w:val="32"/>
    <w:uiPriority w:val="9"/>
    <w:unhideWhenUsed/>
    <w:qFormat/>
    <w:rsid w:val="00FC693F"/>
    <w:pPr>
      <w:keepNext/>
      <w:keepLines/>
      <w:spacing w:before="160" w:after="100"/>
      <w:outlineLvl w:val="2"/>
    </w:pPr>
    <w:rPr>
      <w:rFonts w:asciiTheme="majorHAnsi" w:eastAsiaTheme="majorEastAsia" w:hAnsiTheme="majorHAnsi" w:cstheme="majorBidi"/>
      <w:b/>
      <w:bCs/>
      <w:color w:val="365F9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isselectedend">
    <w:name w:val="isselectedend"/>
    <w:basedOn w:val="a1"/>
    <w:rsid w:val="00F94056"/>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styleId="aff8">
    <w:name w:val="Normal (Web)"/>
    <w:basedOn w:val="a1"/>
    <w:uiPriority w:val="99"/>
    <w:semiHidden/>
    <w:unhideWhenUsed/>
    <w:rsid w:val="00F94056"/>
    <w:pPr>
      <w:spacing w:before="100" w:beforeAutospacing="1" w:after="100" w:afterAutospacing="1" w:line="240" w:lineRule="auto"/>
    </w:pPr>
    <w:rPr>
      <w:rFonts w:ascii="Times New Roman" w:eastAsia="Times New Roman" w:hAnsi="Times New Roman" w:cs="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6248272">
      <w:bodyDiv w:val="1"/>
      <w:marLeft w:val="0"/>
      <w:marRight w:val="0"/>
      <w:marTop w:val="0"/>
      <w:marBottom w:val="0"/>
      <w:divBdr>
        <w:top w:val="none" w:sz="0" w:space="0" w:color="auto"/>
        <w:left w:val="none" w:sz="0" w:space="0" w:color="auto"/>
        <w:bottom w:val="none" w:sz="0" w:space="0" w:color="auto"/>
        <w:right w:val="none" w:sz="0" w:space="0" w:color="auto"/>
      </w:divBdr>
    </w:div>
    <w:div w:id="4975768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992</TotalTime>
  <Pages>11</Pages>
  <Words>2508</Words>
  <Characters>14548</Characters>
  <Application>Microsoft Office Word</Application>
  <DocSecurity>0</DocSecurity>
  <Lines>121</Lines>
  <Paragraphs>34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17022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Berladean Marina </cp:lastModifiedBy>
  <cp:revision>4</cp:revision>
  <cp:lastPrinted>2026-08-06T16:39:00Z</cp:lastPrinted>
  <dcterms:created xsi:type="dcterms:W3CDTF">2026-03-16T08:31:00Z</dcterms:created>
  <dcterms:modified xsi:type="dcterms:W3CDTF">2026-08-07T07:10:00Z</dcterms:modified>
  <cp:category/>
</cp:coreProperties>
</file>